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P="659E8248" w14:paraId="02837373" wp14:textId="77777777">
      <w:pPr>
        <w:pStyle w:val="Title"/>
        <w:jc w:val="center"/>
        <w:rPr>
          <w:rFonts w:ascii="Fira Sans" w:hAnsi="Fira Sans" w:eastAsia="Fira Sans" w:cs="Fira Sans"/>
          <w:noProof w:val="0"/>
          <w:lang w:val="nl-NL"/>
        </w:rPr>
      </w:pPr>
      <w:r w:rsidRPr="659E8248" w:rsidR="123CC22B">
        <w:rPr>
          <w:rFonts w:ascii="Fira Sans" w:hAnsi="Fira Sans" w:eastAsia="Fira Sans" w:cs="Fira Sans"/>
          <w:noProof w:val="0"/>
          <w:lang w:val="nl-NL"/>
        </w:rPr>
        <w:t>MODELPROJECTSAMENVATTING ADVIESVOUCHER</w:t>
      </w:r>
      <w:r>
        <w:br/>
      </w:r>
      <w:r w:rsidRPr="659E8248" w:rsidR="123CC22B">
        <w:rPr>
          <w:rFonts w:ascii="Fira Sans" w:hAnsi="Fira Sans" w:eastAsia="Fira Sans" w:cs="Fira Sans"/>
          <w:noProof w:val="0"/>
          <w:lang w:val="nl-NL"/>
        </w:rPr>
        <w:t>DEFENSIE-INNOVATIE FLEVOLAND</w:t>
      </w:r>
    </w:p>
    <w:tbl>
      <w:tblPr>
        <w:tblW w:w="0" w:type="auto"/>
        <w:tblLook w:val="04A0" w:firstRow="1" w:lastRow="0" w:firstColumn="1" w:lastColumn="0" w:noHBand="0" w:noVBand="1"/>
        <w:tblBorders>
          <w:top w:val="single" w:color="B8C9CE" w:sz="4"/>
          <w:left w:val="single" w:color="B8C9CE" w:sz="4"/>
          <w:bottom w:val="single" w:color="B8C9CE" w:sz="4"/>
          <w:right w:val="single" w:color="B8C9CE" w:sz="4"/>
          <w:insideH w:val="single" w:color="B8C9CE" w:sz="4"/>
          <w:insideV w:val="single" w:color="B8C9CE" w:sz="4"/>
        </w:tblBorders>
      </w:tblPr>
      <w:tblGrid>
        <w:gridCol w:w="10200"/>
      </w:tblGrid>
      <w:tr xmlns:wp14="http://schemas.microsoft.com/office/word/2010/wordml" w:rsidTr="659E8248" w14:paraId="547F8727" wp14:textId="77777777">
        <w:trPr>
          <w:cantSplit/>
          <w:cantSplit/>
        </w:trPr>
        <w:tc>
          <w:tcPr>
            <w:tcW w:w="10200" w:type="dxa"/>
            <w:shd w:val="clear" w:color="auto" w:fill="E8F3F4"/>
            <w:tcMar>
              <w:top w:w="100" w:type="dxa"/>
              <w:left w:w="100" w:type="dxa"/>
              <w:start w:w="100" w:type="dxa"/>
              <w:bottom w:w="100" w:type="dxa"/>
              <w:right w:w="100" w:type="dxa"/>
              <w:end w:w="100" w:type="dxa"/>
            </w:tcMar>
            <w:vAlign w:val="top"/>
          </w:tcPr>
          <w:p w:rsidP="659E8248" w14:paraId="693F1F73" wp14:textId="77777777">
            <w:pPr>
              <w:rPr>
                <w:rFonts w:ascii="Fira Sans" w:hAnsi="Fira Sans" w:eastAsia="Fira Sans" w:cs="Fira Sans"/>
                <w:b w:val="0"/>
                <w:bCs w:val="0"/>
                <w:noProof w:val="0"/>
                <w:color w:val="173B5B"/>
                <w:sz w:val="17"/>
                <w:szCs w:val="17"/>
                <w:lang w:val="nl-NL"/>
              </w:rPr>
            </w:pPr>
            <w:r w:rsidRPr="659E8248" w:rsidR="123CC22B">
              <w:rPr>
                <w:rFonts w:ascii="Fira Sans" w:hAnsi="Fira Sans" w:eastAsia="Fira Sans" w:cs="Fira Sans"/>
                <w:b w:val="0"/>
                <w:bCs w:val="0"/>
                <w:noProof w:val="0"/>
                <w:color w:val="173B5B"/>
                <w:sz w:val="17"/>
                <w:szCs w:val="17"/>
                <w:lang w:val="nl-NL"/>
              </w:rPr>
              <w:t>Deze projectsamenvatting is een verplichte bijlage bij uw aanvraag. De adviesvoucher is bedoeld voor de inzet van een externe expert, kennisleverancier of dienstverlener voor het verkennen, onderbouwen of positioneren van een dual-use toepassing en het voorbereiden van een concreet pad richting test, validatie, demonstratie of vervolgfinanciering. Vul de onderdelen kort en concreet in en zorg dat de informatie aansluit op de offerte.</w:t>
            </w:r>
          </w:p>
        </w:tc>
      </w:tr>
    </w:tbl>
    <w:p xmlns:wp14="http://schemas.microsoft.com/office/word/2010/wordml" w:rsidP="659E8248" w14:paraId="7FE89E55" wp14:textId="77777777">
      <w:pPr>
        <w:pStyle w:val="Heading1"/>
        <w:rPr>
          <w:rFonts w:ascii="Fira Sans" w:hAnsi="Fira Sans" w:eastAsia="Fira Sans" w:cs="Fira Sans"/>
          <w:noProof w:val="0"/>
          <w:lang w:val="nl-NL"/>
        </w:rPr>
      </w:pPr>
      <w:r w:rsidRPr="659E8248" w:rsidR="123CC22B">
        <w:rPr>
          <w:rFonts w:ascii="Fira Sans" w:hAnsi="Fira Sans" w:eastAsia="Fira Sans" w:cs="Fira Sans"/>
          <w:noProof w:val="0"/>
          <w:lang w:val="nl-NL"/>
        </w:rPr>
        <w:t>1. Projectbeschrijving</w:t>
      </w:r>
    </w:p>
    <w:p xmlns:wp14="http://schemas.microsoft.com/office/word/2010/wordml" w:rsidP="659E8248" w14:paraId="6FBB6F31" wp14:textId="3571C3C5">
      <w:pPr>
        <w:pStyle w:val="Heading2"/>
        <w:rPr>
          <w:rFonts w:ascii="Fira Sans" w:hAnsi="Fira Sans" w:eastAsia="Fira Sans" w:cs="Fira Sans"/>
          <w:noProof w:val="0"/>
          <w:lang w:val="nl-NL"/>
        </w:rPr>
      </w:pPr>
      <w:r w:rsidRPr="659E8248" w:rsidR="123CC22B">
        <w:rPr>
          <w:rFonts w:ascii="Fira Sans" w:hAnsi="Fira Sans" w:eastAsia="Fira Sans" w:cs="Fira Sans"/>
          <w:noProof w:val="0"/>
          <w:lang w:val="nl-NL"/>
        </w:rPr>
        <w:t>1.1 Projecttitel</w:t>
      </w:r>
    </w:p>
    <w:p xmlns:wp14="http://schemas.microsoft.com/office/word/2010/wordml" w:rsidP="659E8248" w14:paraId="400C48F8" wp14:textId="56ECD1CD">
      <w:pPr>
        <w:rPr>
          <w:rFonts w:ascii="Fira Sans" w:hAnsi="Fira Sans" w:eastAsia="Fira Sans" w:cs="Fira Sans"/>
          <w:noProof w:val="0"/>
          <w:lang w:val="nl-NL"/>
        </w:rPr>
      </w:pPr>
      <w:r w:rsidRPr="659E8248" w:rsidR="123CC22B">
        <w:rPr>
          <w:rFonts w:ascii="Fira Sans" w:hAnsi="Fira Sans" w:eastAsia="Fira Sans" w:cs="Fira Sans"/>
          <w:noProof w:val="0"/>
          <w:lang w:val="nl-NL"/>
        </w:rPr>
        <w:t>Geef</w:t>
      </w:r>
      <w:r w:rsidRPr="659E8248" w:rsidR="123CC22B">
        <w:rPr>
          <w:rFonts w:ascii="Fira Sans" w:hAnsi="Fira Sans" w:eastAsia="Fira Sans" w:cs="Fira Sans"/>
          <w:noProof w:val="0"/>
          <w:lang w:val="nl-NL"/>
        </w:rPr>
        <w:t xml:space="preserve"> de </w:t>
      </w:r>
      <w:r w:rsidRPr="659E8248" w:rsidR="123CC22B">
        <w:rPr>
          <w:rFonts w:ascii="Fira Sans" w:hAnsi="Fira Sans" w:eastAsia="Fira Sans" w:cs="Fira Sans"/>
          <w:noProof w:val="0"/>
          <w:lang w:val="nl-NL"/>
        </w:rPr>
        <w:t>titel</w:t>
      </w:r>
      <w:r w:rsidRPr="659E8248" w:rsidR="123CC22B">
        <w:rPr>
          <w:rFonts w:ascii="Fira Sans" w:hAnsi="Fira Sans" w:eastAsia="Fira Sans" w:cs="Fira Sans"/>
          <w:noProof w:val="0"/>
          <w:lang w:val="nl-NL"/>
        </w:rPr>
        <w:t xml:space="preserve"> van het </w:t>
      </w:r>
      <w:r w:rsidRPr="659E8248" w:rsidR="123CC22B">
        <w:rPr>
          <w:rFonts w:ascii="Fira Sans" w:hAnsi="Fira Sans" w:eastAsia="Fira Sans" w:cs="Fira Sans"/>
          <w:noProof w:val="0"/>
          <w:lang w:val="nl-NL"/>
        </w:rPr>
        <w:t>adviestraject</w:t>
      </w:r>
      <w:r w:rsidRPr="659E8248" w:rsidR="123CC22B">
        <w:rPr>
          <w:rFonts w:ascii="Fira Sans" w:hAnsi="Fira Sans" w:eastAsia="Fira Sans" w:cs="Fira Sans"/>
          <w:noProof w:val="0"/>
          <w:lang w:val="nl-NL"/>
        </w:rPr>
        <w:t>.</w:t>
      </w:r>
    </w:p>
    <w:p xmlns:wp14="http://schemas.microsoft.com/office/word/2010/wordml" w:rsidP="659E8248" w14:paraId="43514E10" wp14:textId="327AE640">
      <w:pPr>
        <w:rPr>
          <w:rFonts w:ascii="Fira Sans" w:hAnsi="Fira Sans" w:eastAsia="Fira Sans" w:cs="Fira Sans"/>
          <w:noProof w:val="0"/>
          <w:lang w:val="nl-NL"/>
        </w:rPr>
      </w:pPr>
      <w:r w:rsidRPr="659E8248" w:rsidR="123CC22B">
        <w:rPr>
          <w:rFonts w:ascii="Fira Sans" w:hAnsi="Fira Sans" w:eastAsia="Fira Sans" w:cs="Fira Sans"/>
          <w:noProof w:val="0"/>
          <w:lang w:val="nl-NL"/>
        </w:rPr>
        <w:t>.........................................................................................................................................................</w:t>
      </w:r>
    </w:p>
    <w:p w:rsidR="682CDFD8" w:rsidP="659E8248" w:rsidRDefault="682CDFD8" w14:paraId="4B26AEB5" w14:textId="156F289B">
      <w:pPr>
        <w:pStyle w:val="Heading1"/>
        <w:keepNext w:val="1"/>
        <w:keepLines w:val="1"/>
        <w:spacing w:before="160" w:after="80" w:line="250" w:lineRule="auto"/>
        <w:rPr>
          <w:rFonts w:ascii="Fira Sans" w:hAnsi="Fira Sans" w:eastAsia="Fira Sans" w:cs="Fira Sans"/>
          <w:b w:val="1"/>
          <w:bCs w:val="1"/>
          <w:i w:val="0"/>
          <w:iCs w:val="0"/>
          <w:caps w:val="0"/>
          <w:smallCaps w:val="0"/>
          <w:noProof w:val="0"/>
          <w:color w:val="173B5B"/>
          <w:sz w:val="28"/>
          <w:szCs w:val="28"/>
          <w:lang w:val="nl-NL"/>
        </w:rPr>
      </w:pPr>
      <w:r w:rsidRPr="659E8248" w:rsidR="682CDFD8">
        <w:rPr>
          <w:rFonts w:ascii="Fira Sans" w:hAnsi="Fira Sans" w:eastAsia="Fira Sans" w:cs="Fira Sans"/>
          <w:b w:val="1"/>
          <w:bCs w:val="1"/>
          <w:i w:val="0"/>
          <w:iCs w:val="0"/>
          <w:caps w:val="0"/>
          <w:smallCaps w:val="0"/>
          <w:noProof w:val="0"/>
          <w:color w:val="173B5B"/>
          <w:sz w:val="28"/>
          <w:szCs w:val="28"/>
          <w:lang w:val="nl-NL"/>
        </w:rPr>
        <w:t>2. Aansluiting op de Roadmap Defensie-innovatie Flevoland</w:t>
      </w:r>
    </w:p>
    <w:p w:rsidR="682CDFD8" w:rsidP="659E8248" w:rsidRDefault="682CDFD8" w14:paraId="319350BB" w14:textId="1BA78588">
      <w:pPr>
        <w:pStyle w:val="Heading2"/>
        <w:keepNext w:val="1"/>
        <w:keepLines w:val="1"/>
        <w:spacing w:before="120" w:after="60" w:line="250" w:lineRule="auto"/>
        <w:rPr>
          <w:rFonts w:ascii="Fira Sans" w:hAnsi="Fira Sans" w:eastAsia="Fira Sans" w:cs="Fira Sans"/>
          <w:b w:val="1"/>
          <w:bCs w:val="1"/>
          <w:i w:val="0"/>
          <w:iCs w:val="0"/>
          <w:caps w:val="0"/>
          <w:smallCaps w:val="0"/>
          <w:noProof w:val="0"/>
          <w:color w:val="177C86"/>
          <w:sz w:val="23"/>
          <w:szCs w:val="23"/>
          <w:lang w:val="nl-NL"/>
        </w:rPr>
      </w:pPr>
      <w:r w:rsidRPr="659E8248" w:rsidR="682CDFD8">
        <w:rPr>
          <w:rFonts w:ascii="Fira Sans" w:hAnsi="Fira Sans" w:eastAsia="Fira Sans" w:cs="Fira Sans"/>
          <w:b w:val="1"/>
          <w:bCs w:val="1"/>
          <w:i w:val="0"/>
          <w:iCs w:val="0"/>
          <w:caps w:val="0"/>
          <w:smallCaps w:val="0"/>
          <w:noProof w:val="0"/>
          <w:color w:val="177C86"/>
          <w:sz w:val="23"/>
          <w:szCs w:val="23"/>
          <w:lang w:val="nl-NL"/>
        </w:rPr>
        <w:t>2.1 Defensie-innovatieopgave</w:t>
      </w:r>
    </w:p>
    <w:p w:rsidR="682CDFD8" w:rsidP="659E8248" w:rsidRDefault="682CDFD8" w14:paraId="240075CA" w14:textId="215FD3CE">
      <w:pPr>
        <w:spacing w:after="70" w:line="250" w:lineRule="auto"/>
        <w:rPr>
          <w:rFonts w:ascii="Fira Sans" w:hAnsi="Fira Sans" w:eastAsia="Fira Sans" w:cs="Fira Sans"/>
          <w:b w:val="0"/>
          <w:bCs w:val="0"/>
          <w:i w:val="0"/>
          <w:iCs w:val="0"/>
          <w:caps w:val="0"/>
          <w:smallCaps w:val="0"/>
          <w:noProof w:val="0"/>
          <w:color w:val="263746"/>
          <w:sz w:val="18"/>
          <w:szCs w:val="18"/>
          <w:lang w:val="nl-NL"/>
        </w:rPr>
      </w:pPr>
      <w:r w:rsidRPr="659E8248" w:rsidR="682CDFD8">
        <w:rPr>
          <w:rFonts w:ascii="Fira Sans" w:hAnsi="Fira Sans" w:eastAsia="Fira Sans" w:cs="Fira Sans"/>
          <w:b w:val="0"/>
          <w:bCs w:val="0"/>
          <w:i w:val="0"/>
          <w:iCs w:val="0"/>
          <w:caps w:val="0"/>
          <w:smallCaps w:val="0"/>
          <w:noProof w:val="0"/>
          <w:color w:val="263746"/>
          <w:sz w:val="18"/>
          <w:szCs w:val="18"/>
          <w:lang w:val="nl-NL"/>
        </w:rPr>
        <w:t>Geef aan op welke opgave of opgaven het project betrekking heeft. Er zijn meerdere antwoorden mogelijk.</w:t>
      </w:r>
    </w:p>
    <w:p w:rsidR="682CDFD8" w:rsidP="659E8248" w:rsidRDefault="682CDFD8" w14:paraId="0007FC20" w14:textId="190F7761">
      <w:pPr>
        <w:spacing w:after="70" w:line="250" w:lineRule="auto"/>
        <w:rPr>
          <w:rFonts w:ascii="Fira Sans" w:hAnsi="Fira Sans" w:eastAsia="Fira Sans" w:cs="Fira Sans"/>
          <w:b w:val="0"/>
          <w:bCs w:val="0"/>
          <w:i w:val="0"/>
          <w:iCs w:val="0"/>
          <w:caps w:val="0"/>
          <w:smallCaps w:val="0"/>
          <w:noProof w:val="0"/>
          <w:color w:val="263746"/>
          <w:sz w:val="18"/>
          <w:szCs w:val="18"/>
          <w:lang w:val="nl-NL"/>
        </w:rPr>
      </w:pPr>
      <w:r w:rsidRPr="659E8248" w:rsidR="682CDFD8">
        <w:rPr>
          <w:rFonts w:ascii="Fira Sans" w:hAnsi="Fira Sans" w:eastAsia="Fira Sans" w:cs="Fira Sans"/>
          <w:b w:val="0"/>
          <w:bCs w:val="0"/>
          <w:i w:val="0"/>
          <w:iCs w:val="0"/>
          <w:caps w:val="0"/>
          <w:smallCaps w:val="0"/>
          <w:noProof w:val="0"/>
          <w:color w:val="263746"/>
          <w:sz w:val="18"/>
          <w:szCs w:val="18"/>
          <w:lang w:val="nl-NL"/>
        </w:rPr>
        <w:t>☐ Waarnemen</w:t>
      </w:r>
    </w:p>
    <w:p w:rsidR="682CDFD8" w:rsidP="659E8248" w:rsidRDefault="682CDFD8" w14:paraId="16214813" w14:textId="662F151D">
      <w:pPr>
        <w:spacing w:after="70" w:line="250" w:lineRule="auto"/>
        <w:rPr>
          <w:rFonts w:ascii="Fira Sans" w:hAnsi="Fira Sans" w:eastAsia="Fira Sans" w:cs="Fira Sans"/>
          <w:b w:val="0"/>
          <w:bCs w:val="0"/>
          <w:i w:val="0"/>
          <w:iCs w:val="0"/>
          <w:caps w:val="0"/>
          <w:smallCaps w:val="0"/>
          <w:noProof w:val="0"/>
          <w:color w:val="263746"/>
          <w:sz w:val="18"/>
          <w:szCs w:val="18"/>
          <w:lang w:val="nl-NL"/>
        </w:rPr>
      </w:pPr>
      <w:r w:rsidRPr="659E8248" w:rsidR="682CDFD8">
        <w:rPr>
          <w:rFonts w:ascii="Fira Sans" w:hAnsi="Fira Sans" w:eastAsia="Fira Sans" w:cs="Fira Sans"/>
          <w:b w:val="0"/>
          <w:bCs w:val="0"/>
          <w:i w:val="0"/>
          <w:iCs w:val="0"/>
          <w:caps w:val="0"/>
          <w:smallCaps w:val="0"/>
          <w:noProof w:val="0"/>
          <w:color w:val="263746"/>
          <w:sz w:val="18"/>
          <w:szCs w:val="18"/>
          <w:lang w:val="nl-NL"/>
        </w:rPr>
        <w:t>☐ Onbemande en autonome systemen</w:t>
      </w:r>
    </w:p>
    <w:p w:rsidR="682CDFD8" w:rsidP="659E8248" w:rsidRDefault="682CDFD8" w14:paraId="17204616" w14:textId="5D600B93">
      <w:pPr>
        <w:spacing w:after="70" w:line="250" w:lineRule="auto"/>
        <w:rPr>
          <w:rFonts w:ascii="Fira Sans" w:hAnsi="Fira Sans" w:eastAsia="Fira Sans" w:cs="Fira Sans"/>
          <w:b w:val="0"/>
          <w:bCs w:val="0"/>
          <w:i w:val="0"/>
          <w:iCs w:val="0"/>
          <w:caps w:val="0"/>
          <w:smallCaps w:val="0"/>
          <w:noProof w:val="0"/>
          <w:color w:val="263746"/>
          <w:sz w:val="18"/>
          <w:szCs w:val="18"/>
          <w:lang w:val="nl-NL"/>
        </w:rPr>
      </w:pPr>
      <w:r w:rsidRPr="659E8248" w:rsidR="682CDFD8">
        <w:rPr>
          <w:rFonts w:ascii="Fira Sans" w:hAnsi="Fira Sans" w:eastAsia="Fira Sans" w:cs="Fira Sans"/>
          <w:b w:val="0"/>
          <w:bCs w:val="0"/>
          <w:i w:val="0"/>
          <w:iCs w:val="0"/>
          <w:caps w:val="0"/>
          <w:smallCaps w:val="0"/>
          <w:noProof w:val="0"/>
          <w:color w:val="263746"/>
          <w:sz w:val="18"/>
          <w:szCs w:val="18"/>
          <w:lang w:val="nl-NL"/>
        </w:rPr>
        <w:t>☐ Instandhouding en logistiek</w:t>
      </w:r>
    </w:p>
    <w:p w:rsidR="682CDFD8" w:rsidP="659E8248" w:rsidRDefault="682CDFD8" w14:paraId="7749A872" w14:textId="5C0E20FC">
      <w:pPr>
        <w:spacing w:after="70" w:line="250" w:lineRule="auto"/>
        <w:rPr>
          <w:rFonts w:ascii="Fira Sans" w:hAnsi="Fira Sans" w:eastAsia="Fira Sans" w:cs="Fira Sans"/>
          <w:b w:val="0"/>
          <w:bCs w:val="0"/>
          <w:i w:val="0"/>
          <w:iCs w:val="0"/>
          <w:caps w:val="0"/>
          <w:smallCaps w:val="0"/>
          <w:noProof w:val="0"/>
          <w:color w:val="263746"/>
          <w:sz w:val="18"/>
          <w:szCs w:val="18"/>
          <w:lang w:val="nl-NL"/>
        </w:rPr>
      </w:pPr>
      <w:r w:rsidRPr="659E8248" w:rsidR="682CDFD8">
        <w:rPr>
          <w:rFonts w:ascii="Fira Sans" w:hAnsi="Fira Sans" w:eastAsia="Fira Sans" w:cs="Fira Sans"/>
          <w:b w:val="0"/>
          <w:bCs w:val="0"/>
          <w:i w:val="0"/>
          <w:iCs w:val="0"/>
          <w:caps w:val="0"/>
          <w:smallCaps w:val="0"/>
          <w:noProof w:val="0"/>
          <w:color w:val="263746"/>
          <w:sz w:val="18"/>
          <w:szCs w:val="18"/>
          <w:lang w:val="nl-NL"/>
        </w:rPr>
        <w:t>☐ Weerbaarheid en energiezekerheid</w:t>
      </w:r>
    </w:p>
    <w:p w:rsidR="682CDFD8" w:rsidP="659E8248" w:rsidRDefault="682CDFD8" w14:paraId="4E063C37" w14:textId="586CEC68">
      <w:pPr>
        <w:spacing w:before="0" w:beforeAutospacing="off" w:after="70" w:afterAutospacing="off" w:line="250" w:lineRule="auto"/>
        <w:ind w:left="0" w:right="0"/>
        <w:jc w:val="left"/>
        <w:rPr>
          <w:rFonts w:ascii="Fira Sans" w:hAnsi="Fira Sans" w:eastAsia="Fira Sans" w:cs="Fira Sans"/>
          <w:b w:val="0"/>
          <w:bCs w:val="0"/>
          <w:i w:val="0"/>
          <w:iCs w:val="0"/>
          <w:caps w:val="0"/>
          <w:smallCaps w:val="0"/>
          <w:noProof w:val="0"/>
          <w:color w:val="263746"/>
          <w:sz w:val="18"/>
          <w:szCs w:val="18"/>
          <w:lang w:val="nl-NL"/>
        </w:rPr>
      </w:pPr>
      <w:r w:rsidRPr="659E8248" w:rsidR="682CDFD8">
        <w:rPr>
          <w:rFonts w:ascii="Fira Sans" w:hAnsi="Fira Sans" w:eastAsia="Fira Sans" w:cs="Fira Sans"/>
          <w:b w:val="0"/>
          <w:bCs w:val="0"/>
          <w:i w:val="0"/>
          <w:iCs w:val="0"/>
          <w:caps w:val="0"/>
          <w:smallCaps w:val="0"/>
          <w:noProof w:val="0"/>
          <w:color w:val="263746"/>
          <w:sz w:val="18"/>
          <w:szCs w:val="18"/>
          <w:lang w:val="nl-NL"/>
        </w:rPr>
        <w:t>☐ Anders namelijk:</w:t>
      </w:r>
    </w:p>
    <w:p w:rsidR="123CC22B" w:rsidP="659E8248" w:rsidRDefault="123CC22B" w14:paraId="6CB826FB" w14:textId="005D67E2">
      <w:pPr>
        <w:spacing w:after="70" w:line="250" w:lineRule="auto"/>
        <w:rPr>
          <w:rFonts w:ascii="Fira Sans" w:hAnsi="Fira Sans" w:eastAsia="Fira Sans" w:cs="Fira Sans"/>
          <w:b w:val="0"/>
          <w:bCs w:val="0"/>
          <w:i w:val="0"/>
          <w:iCs w:val="0"/>
          <w:caps w:val="0"/>
          <w:smallCaps w:val="0"/>
          <w:noProof w:val="0"/>
          <w:color w:val="263746"/>
          <w:sz w:val="18"/>
          <w:szCs w:val="18"/>
          <w:lang w:val="nl-NL"/>
        </w:rPr>
      </w:pPr>
    </w:p>
    <w:p w:rsidR="682CDFD8" w:rsidP="659E8248" w:rsidRDefault="682CDFD8" w14:paraId="68D034A6" w14:textId="20ECE72D">
      <w:pPr>
        <w:pStyle w:val="Heading2"/>
        <w:keepNext w:val="1"/>
        <w:keepLines w:val="1"/>
        <w:spacing w:before="120" w:after="60" w:line="250" w:lineRule="auto"/>
        <w:rPr>
          <w:rFonts w:ascii="Fira Sans" w:hAnsi="Fira Sans" w:eastAsia="Fira Sans" w:cs="Fira Sans"/>
          <w:b w:val="1"/>
          <w:bCs w:val="1"/>
          <w:i w:val="0"/>
          <w:iCs w:val="0"/>
          <w:caps w:val="0"/>
          <w:smallCaps w:val="0"/>
          <w:noProof w:val="0"/>
          <w:color w:val="177C86"/>
          <w:sz w:val="23"/>
          <w:szCs w:val="23"/>
          <w:lang w:val="nl-NL"/>
        </w:rPr>
      </w:pPr>
      <w:r w:rsidRPr="659E8248" w:rsidR="682CDFD8">
        <w:rPr>
          <w:rFonts w:ascii="Fira Sans" w:hAnsi="Fira Sans" w:eastAsia="Fira Sans" w:cs="Fira Sans"/>
          <w:b w:val="1"/>
          <w:bCs w:val="1"/>
          <w:i w:val="0"/>
          <w:iCs w:val="0"/>
          <w:caps w:val="0"/>
          <w:smallCaps w:val="0"/>
          <w:noProof w:val="0"/>
          <w:color w:val="177C86"/>
          <w:sz w:val="23"/>
          <w:szCs w:val="23"/>
          <w:lang w:val="nl-NL"/>
        </w:rPr>
        <w:t>2.2 Flevolands innovatief economisch ecosysteem</w:t>
      </w:r>
    </w:p>
    <w:p w:rsidR="682CDFD8" w:rsidP="659E8248" w:rsidRDefault="682CDFD8" w14:paraId="75BCFAA5" w14:textId="366C6956">
      <w:pPr>
        <w:spacing w:after="70" w:line="250" w:lineRule="auto"/>
        <w:rPr>
          <w:rFonts w:ascii="Fira Sans" w:hAnsi="Fira Sans" w:eastAsia="Fira Sans" w:cs="Fira Sans"/>
          <w:b w:val="0"/>
          <w:bCs w:val="0"/>
          <w:i w:val="0"/>
          <w:iCs w:val="0"/>
          <w:caps w:val="0"/>
          <w:smallCaps w:val="0"/>
          <w:noProof w:val="0"/>
          <w:color w:val="263746"/>
          <w:sz w:val="18"/>
          <w:szCs w:val="18"/>
          <w:lang w:val="nl-NL"/>
        </w:rPr>
      </w:pPr>
      <w:r w:rsidRPr="659E8248" w:rsidR="682CDFD8">
        <w:rPr>
          <w:rFonts w:ascii="Fira Sans" w:hAnsi="Fira Sans" w:eastAsia="Fira Sans" w:cs="Fira Sans"/>
          <w:b w:val="0"/>
          <w:bCs w:val="0"/>
          <w:i w:val="0"/>
          <w:iCs w:val="0"/>
          <w:caps w:val="0"/>
          <w:smallCaps w:val="0"/>
          <w:noProof w:val="0"/>
          <w:color w:val="263746"/>
          <w:sz w:val="18"/>
          <w:szCs w:val="18"/>
          <w:lang w:val="nl-NL"/>
        </w:rPr>
        <w:t>Geef aan binnen welk innovatief economisch ecosysteem of welke ecosystemen het project valt. Er zijn meerdere antwoorden mogelijk.</w:t>
      </w:r>
    </w:p>
    <w:p w:rsidR="682CDFD8" w:rsidP="659E8248" w:rsidRDefault="682CDFD8" w14:paraId="38466506" w14:textId="0807C76B">
      <w:pPr>
        <w:spacing w:after="70" w:line="250" w:lineRule="auto"/>
        <w:rPr>
          <w:rFonts w:ascii="Fira Sans" w:hAnsi="Fira Sans" w:eastAsia="Fira Sans" w:cs="Fira Sans"/>
          <w:b w:val="0"/>
          <w:bCs w:val="0"/>
          <w:i w:val="0"/>
          <w:iCs w:val="0"/>
          <w:caps w:val="0"/>
          <w:smallCaps w:val="0"/>
          <w:noProof w:val="0"/>
          <w:color w:val="263746"/>
          <w:sz w:val="18"/>
          <w:szCs w:val="18"/>
          <w:lang w:val="nl-NL"/>
        </w:rPr>
      </w:pPr>
      <w:r w:rsidRPr="659E8248" w:rsidR="682CDFD8">
        <w:rPr>
          <w:rFonts w:ascii="Fira Sans" w:hAnsi="Fira Sans" w:eastAsia="Fira Sans" w:cs="Fira Sans"/>
          <w:b w:val="0"/>
          <w:bCs w:val="0"/>
          <w:i w:val="0"/>
          <w:iCs w:val="0"/>
          <w:caps w:val="0"/>
          <w:smallCaps w:val="0"/>
          <w:noProof w:val="0"/>
          <w:color w:val="263746"/>
          <w:sz w:val="18"/>
          <w:szCs w:val="18"/>
          <w:lang w:val="nl-NL"/>
        </w:rPr>
        <w:t>☐ Hightech en maakindustrie</w:t>
      </w:r>
    </w:p>
    <w:p w:rsidR="682CDFD8" w:rsidP="659E8248" w:rsidRDefault="682CDFD8" w14:paraId="509D8959" w14:textId="7F9BF953">
      <w:pPr>
        <w:spacing w:after="70" w:line="250" w:lineRule="auto"/>
        <w:rPr>
          <w:rFonts w:ascii="Fira Sans" w:hAnsi="Fira Sans" w:eastAsia="Fira Sans" w:cs="Fira Sans"/>
          <w:b w:val="0"/>
          <w:bCs w:val="0"/>
          <w:i w:val="0"/>
          <w:iCs w:val="0"/>
          <w:caps w:val="0"/>
          <w:smallCaps w:val="0"/>
          <w:noProof w:val="0"/>
          <w:color w:val="263746"/>
          <w:sz w:val="18"/>
          <w:szCs w:val="18"/>
          <w:lang w:val="nl-NL"/>
        </w:rPr>
      </w:pPr>
      <w:r w:rsidRPr="659E8248" w:rsidR="682CDFD8">
        <w:rPr>
          <w:rFonts w:ascii="Fira Sans" w:hAnsi="Fira Sans" w:eastAsia="Fira Sans" w:cs="Fira Sans"/>
          <w:b w:val="0"/>
          <w:bCs w:val="0"/>
          <w:i w:val="0"/>
          <w:iCs w:val="0"/>
          <w:caps w:val="0"/>
          <w:smallCaps w:val="0"/>
          <w:noProof w:val="0"/>
          <w:color w:val="263746"/>
          <w:sz w:val="18"/>
          <w:szCs w:val="18"/>
          <w:lang w:val="nl-NL"/>
        </w:rPr>
        <w:t>☐ Slimme mobiliteit</w:t>
      </w:r>
    </w:p>
    <w:p w:rsidR="682CDFD8" w:rsidP="659E8248" w:rsidRDefault="682CDFD8" w14:paraId="50A96AFC" w14:textId="7B0C9DA0">
      <w:pPr>
        <w:spacing w:after="70" w:line="250" w:lineRule="auto"/>
        <w:rPr>
          <w:rFonts w:ascii="Fira Sans" w:hAnsi="Fira Sans" w:eastAsia="Fira Sans" w:cs="Fira Sans"/>
          <w:b w:val="0"/>
          <w:bCs w:val="0"/>
          <w:i w:val="0"/>
          <w:iCs w:val="0"/>
          <w:caps w:val="0"/>
          <w:smallCaps w:val="0"/>
          <w:noProof w:val="0"/>
          <w:color w:val="263746"/>
          <w:sz w:val="18"/>
          <w:szCs w:val="18"/>
          <w:lang w:val="nl-NL"/>
        </w:rPr>
      </w:pPr>
      <w:r w:rsidRPr="659E8248" w:rsidR="682CDFD8">
        <w:rPr>
          <w:rFonts w:ascii="Fira Sans" w:hAnsi="Fira Sans" w:eastAsia="Fira Sans" w:cs="Fira Sans"/>
          <w:b w:val="0"/>
          <w:bCs w:val="0"/>
          <w:i w:val="0"/>
          <w:iCs w:val="0"/>
          <w:caps w:val="0"/>
          <w:smallCaps w:val="0"/>
          <w:noProof w:val="0"/>
          <w:color w:val="263746"/>
          <w:sz w:val="18"/>
          <w:szCs w:val="18"/>
          <w:lang w:val="nl-NL"/>
        </w:rPr>
        <w:t>☐ Maritiem</w:t>
      </w:r>
    </w:p>
    <w:p w:rsidR="682CDFD8" w:rsidP="659E8248" w:rsidRDefault="682CDFD8" w14:paraId="5DE3A2F8" w14:textId="58B7A667">
      <w:pPr>
        <w:spacing w:after="70" w:line="250" w:lineRule="auto"/>
        <w:rPr>
          <w:rFonts w:ascii="Fira Sans" w:hAnsi="Fira Sans" w:eastAsia="Fira Sans" w:cs="Fira Sans"/>
          <w:b w:val="0"/>
          <w:bCs w:val="0"/>
          <w:i w:val="0"/>
          <w:iCs w:val="0"/>
          <w:caps w:val="0"/>
          <w:smallCaps w:val="0"/>
          <w:noProof w:val="0"/>
          <w:color w:val="263746"/>
          <w:sz w:val="18"/>
          <w:szCs w:val="18"/>
          <w:lang w:val="nl-NL"/>
        </w:rPr>
      </w:pPr>
      <w:r w:rsidRPr="659E8248" w:rsidR="682CDFD8">
        <w:rPr>
          <w:rFonts w:ascii="Fira Sans" w:hAnsi="Fira Sans" w:eastAsia="Fira Sans" w:cs="Fira Sans"/>
          <w:b w:val="0"/>
          <w:bCs w:val="0"/>
          <w:i w:val="0"/>
          <w:iCs w:val="0"/>
          <w:caps w:val="0"/>
          <w:smallCaps w:val="0"/>
          <w:noProof w:val="0"/>
          <w:color w:val="263746"/>
          <w:sz w:val="18"/>
          <w:szCs w:val="18"/>
          <w:lang w:val="nl-NL"/>
        </w:rPr>
        <w:t>☐ Agritech</w:t>
      </w:r>
    </w:p>
    <w:p w:rsidR="682CDFD8" w:rsidP="659E8248" w:rsidRDefault="682CDFD8" w14:paraId="3B495308" w14:textId="00EA3D51">
      <w:pPr>
        <w:spacing w:after="70" w:line="250" w:lineRule="auto"/>
        <w:rPr>
          <w:rFonts w:ascii="Fira Sans" w:hAnsi="Fira Sans" w:eastAsia="Fira Sans" w:cs="Fira Sans"/>
          <w:b w:val="0"/>
          <w:bCs w:val="0"/>
          <w:i w:val="0"/>
          <w:iCs w:val="0"/>
          <w:caps w:val="0"/>
          <w:smallCaps w:val="0"/>
          <w:noProof w:val="0"/>
          <w:color w:val="263746"/>
          <w:sz w:val="18"/>
          <w:szCs w:val="18"/>
          <w:lang w:val="nl-NL"/>
        </w:rPr>
      </w:pPr>
      <w:r w:rsidRPr="659E8248" w:rsidR="682CDFD8">
        <w:rPr>
          <w:rFonts w:ascii="Fira Sans" w:hAnsi="Fira Sans" w:eastAsia="Fira Sans" w:cs="Fira Sans"/>
          <w:b w:val="0"/>
          <w:bCs w:val="0"/>
          <w:i w:val="0"/>
          <w:iCs w:val="0"/>
          <w:caps w:val="0"/>
          <w:smallCaps w:val="0"/>
          <w:noProof w:val="0"/>
          <w:color w:val="263746"/>
          <w:sz w:val="18"/>
          <w:szCs w:val="18"/>
          <w:lang w:val="nl-NL"/>
        </w:rPr>
        <w:t>☐ Energie</w:t>
      </w:r>
    </w:p>
    <w:p w:rsidR="682CDFD8" w:rsidP="659E8248" w:rsidRDefault="682CDFD8" w14:paraId="1FF0FFD7" w14:textId="01DF6780">
      <w:pPr>
        <w:spacing w:after="70" w:line="250" w:lineRule="auto"/>
        <w:rPr>
          <w:rFonts w:ascii="Fira Sans" w:hAnsi="Fira Sans" w:eastAsia="Fira Sans" w:cs="Fira Sans"/>
          <w:b w:val="0"/>
          <w:bCs w:val="0"/>
          <w:i w:val="0"/>
          <w:iCs w:val="0"/>
          <w:caps w:val="0"/>
          <w:smallCaps w:val="0"/>
          <w:noProof w:val="0"/>
          <w:color w:val="263746"/>
          <w:sz w:val="18"/>
          <w:szCs w:val="18"/>
          <w:lang w:val="nl-NL"/>
        </w:rPr>
      </w:pPr>
      <w:r w:rsidRPr="659E8248" w:rsidR="682CDFD8">
        <w:rPr>
          <w:rFonts w:ascii="Fira Sans" w:hAnsi="Fira Sans" w:eastAsia="Fira Sans" w:cs="Fira Sans"/>
          <w:b w:val="0"/>
          <w:bCs w:val="0"/>
          <w:i w:val="0"/>
          <w:iCs w:val="0"/>
          <w:caps w:val="0"/>
          <w:smallCaps w:val="0"/>
          <w:noProof w:val="0"/>
          <w:color w:val="263746"/>
          <w:sz w:val="18"/>
          <w:szCs w:val="18"/>
          <w:lang w:val="nl-NL"/>
        </w:rPr>
        <w:t>☐ Cross-over tussen meerdere ecosystemen, namelijk:</w:t>
      </w:r>
    </w:p>
    <w:p w:rsidR="0DEF5D1B" w:rsidP="659E8248" w:rsidRDefault="0DEF5D1B" w14:paraId="7DC07D0D" w14:textId="5EF4B3BD">
      <w:pPr>
        <w:pStyle w:val="Heading1"/>
        <w:keepNext w:val="1"/>
        <w:keepLines w:val="1"/>
        <w:spacing w:before="480" w:after="0"/>
        <w:rPr>
          <w:rFonts w:ascii="Calibri" w:hAnsi="Calibri" w:eastAsia="Calibri" w:cs="Calibri"/>
          <w:b w:val="1"/>
          <w:bCs w:val="1"/>
          <w:i w:val="0"/>
          <w:iCs w:val="0"/>
          <w:caps w:val="0"/>
          <w:smallCaps w:val="0"/>
          <w:noProof w:val="0"/>
          <w:color w:val="173B5B"/>
          <w:sz w:val="28"/>
          <w:szCs w:val="28"/>
          <w:lang w:val="nl-NL"/>
        </w:rPr>
      </w:pPr>
      <w:r w:rsidRPr="659E8248" w:rsidR="0DEF5D1B">
        <w:rPr>
          <w:rFonts w:ascii="Calibri" w:hAnsi="Calibri" w:eastAsia="Calibri" w:cs="Calibri"/>
          <w:b w:val="1"/>
          <w:bCs w:val="1"/>
          <w:i w:val="0"/>
          <w:iCs w:val="0"/>
          <w:caps w:val="0"/>
          <w:smallCaps w:val="0"/>
          <w:noProof w:val="0"/>
          <w:color w:val="173B5B"/>
          <w:sz w:val="28"/>
          <w:szCs w:val="28"/>
          <w:lang w:val="en-US"/>
        </w:rPr>
        <w:t>2.3 beschrijving van de dual-use</w:t>
      </w:r>
      <w:r w:rsidRPr="659E8248" w:rsidR="0DEF5D1B">
        <w:rPr>
          <w:rFonts w:ascii="Calibri" w:hAnsi="Calibri" w:eastAsia="Calibri" w:cs="Calibri"/>
          <w:b w:val="1"/>
          <w:bCs w:val="1"/>
          <w:i w:val="0"/>
          <w:iCs w:val="0"/>
          <w:caps w:val="0"/>
          <w:smallCaps w:val="0"/>
          <w:noProof w:val="0"/>
          <w:color w:val="173B5B"/>
          <w:sz w:val="28"/>
          <w:szCs w:val="28"/>
          <w:lang w:val="en-US"/>
        </w:rPr>
        <w:t xml:space="preserve"> innovati</w:t>
      </w:r>
      <w:r w:rsidRPr="659E8248" w:rsidR="0DEF5D1B">
        <w:rPr>
          <w:rFonts w:ascii="Calibri" w:hAnsi="Calibri" w:eastAsia="Calibri" w:cs="Calibri"/>
          <w:b w:val="1"/>
          <w:bCs w:val="1"/>
          <w:i w:val="0"/>
          <w:iCs w:val="0"/>
          <w:caps w:val="0"/>
          <w:smallCaps w:val="0"/>
          <w:noProof w:val="0"/>
          <w:color w:val="173B5B"/>
          <w:sz w:val="28"/>
          <w:szCs w:val="28"/>
          <w:lang w:val="en-US"/>
        </w:rPr>
        <w:t>e</w:t>
      </w:r>
    </w:p>
    <w:p w:rsidR="0DEF5D1B" w:rsidP="659E8248" w:rsidRDefault="0DEF5D1B" w14:paraId="7E80FB5B" w14:textId="7E3F3004">
      <w:pPr>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0DEF5D1B">
        <w:rPr>
          <w:rFonts w:ascii="Aptos" w:hAnsi="Aptos" w:eastAsia="Aptos" w:cs="Aptos"/>
          <w:b w:val="0"/>
          <w:bCs w:val="0"/>
          <w:i w:val="0"/>
          <w:iCs w:val="0"/>
          <w:caps w:val="0"/>
          <w:smallCaps w:val="0"/>
          <w:noProof w:val="0"/>
          <w:color w:val="000000" w:themeColor="text1" w:themeTint="FF" w:themeShade="FF"/>
          <w:sz w:val="19"/>
          <w:szCs w:val="19"/>
          <w:lang w:val="en-US"/>
        </w:rPr>
        <w:t>Beschrijf de dual-use innovatie in maximaal 200 woorden. Ga in ieder geval in op:</w:t>
      </w:r>
    </w:p>
    <w:p w:rsidR="0DEF5D1B" w:rsidP="659E8248" w:rsidRDefault="0DEF5D1B" w14:paraId="50C1C4A4" w14:textId="569FF11F">
      <w:pPr>
        <w:pStyle w:val="ListBullet"/>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0DEF5D1B">
        <w:rPr>
          <w:rFonts w:ascii="Aptos" w:hAnsi="Aptos" w:eastAsia="Aptos" w:cs="Aptos"/>
          <w:b w:val="0"/>
          <w:bCs w:val="0"/>
          <w:i w:val="0"/>
          <w:iCs w:val="0"/>
          <w:caps w:val="0"/>
          <w:smallCaps w:val="0"/>
          <w:noProof w:val="0"/>
          <w:color w:val="000000" w:themeColor="text1" w:themeTint="FF" w:themeShade="FF"/>
          <w:sz w:val="19"/>
          <w:szCs w:val="19"/>
          <w:lang w:val="en-US"/>
        </w:rPr>
        <w:t>Wat is uw huidige product, dienst of technologie?</w:t>
      </w:r>
    </w:p>
    <w:p w:rsidR="0DEF5D1B" w:rsidP="659E8248" w:rsidRDefault="0DEF5D1B" w14:paraId="34BEF925" w14:textId="7F11BD73">
      <w:pPr>
        <w:pStyle w:val="ListBullet"/>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0DEF5D1B">
        <w:rPr>
          <w:rFonts w:ascii="Aptos" w:hAnsi="Aptos" w:eastAsia="Aptos" w:cs="Aptos"/>
          <w:b w:val="0"/>
          <w:bCs w:val="0"/>
          <w:i w:val="0"/>
          <w:iCs w:val="0"/>
          <w:caps w:val="0"/>
          <w:smallCaps w:val="0"/>
          <w:noProof w:val="0"/>
          <w:color w:val="000000" w:themeColor="text1" w:themeTint="FF" w:themeShade="FF"/>
          <w:sz w:val="19"/>
          <w:szCs w:val="19"/>
          <w:lang w:val="en-US"/>
        </w:rPr>
        <w:t>Welke civiele toepassing heeft deze innovatie momenteel?</w:t>
      </w:r>
    </w:p>
    <w:p w:rsidR="0DEF5D1B" w:rsidP="659E8248" w:rsidRDefault="0DEF5D1B" w14:paraId="323A1A57" w14:textId="527D574A">
      <w:pPr>
        <w:pStyle w:val="ListBullet"/>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0DEF5D1B">
        <w:rPr>
          <w:rFonts w:ascii="Aptos" w:hAnsi="Aptos" w:eastAsia="Aptos" w:cs="Aptos"/>
          <w:b w:val="0"/>
          <w:bCs w:val="0"/>
          <w:i w:val="0"/>
          <w:iCs w:val="0"/>
          <w:caps w:val="0"/>
          <w:smallCaps w:val="0"/>
          <w:noProof w:val="0"/>
          <w:color w:val="000000" w:themeColor="text1" w:themeTint="FF" w:themeShade="FF"/>
          <w:sz w:val="19"/>
          <w:szCs w:val="19"/>
          <w:lang w:val="en-US"/>
        </w:rPr>
        <w:t>Welke behoefte of uitdaging vormt de aanleiding om deze innovatie te verkennen voor een dual-use toepassing?</w:t>
      </w:r>
    </w:p>
    <w:p w:rsidR="0DEF5D1B" w:rsidP="659E8248" w:rsidRDefault="0DEF5D1B" w14:paraId="385C6689" w14:textId="0E489A8F">
      <w:pPr>
        <w:pStyle w:val="ListBullet"/>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0DEF5D1B">
        <w:rPr>
          <w:rFonts w:ascii="Aptos" w:hAnsi="Aptos" w:eastAsia="Aptos" w:cs="Aptos"/>
          <w:b w:val="0"/>
          <w:bCs w:val="0"/>
          <w:i w:val="0"/>
          <w:iCs w:val="0"/>
          <w:caps w:val="0"/>
          <w:smallCaps w:val="0"/>
          <w:noProof w:val="0"/>
          <w:color w:val="000000" w:themeColor="text1" w:themeTint="FF" w:themeShade="FF"/>
          <w:sz w:val="19"/>
          <w:szCs w:val="19"/>
          <w:lang w:val="en-US"/>
        </w:rPr>
        <w:t>Welke defensie- of veiligheidstoepassing ziet u voor deze innovatie en wat maakt deze stap vernieuwend?</w:t>
      </w:r>
    </w:p>
    <w:p w:rsidR="0DEF5D1B" w:rsidP="659E8248" w:rsidRDefault="0DEF5D1B" w14:paraId="1E3B95B4" w14:textId="5709DCAE">
      <w:pPr>
        <w:pStyle w:val="Heading2"/>
        <w:keepNext w:val="1"/>
        <w:keepLines w:val="1"/>
        <w:spacing w:before="200" w:after="0"/>
        <w:rPr>
          <w:rFonts w:ascii="Calibri" w:hAnsi="Calibri" w:eastAsia="Calibri" w:cs="Calibri"/>
          <w:b w:val="1"/>
          <w:bCs w:val="1"/>
          <w:i w:val="0"/>
          <w:iCs w:val="0"/>
          <w:caps w:val="0"/>
          <w:smallCaps w:val="0"/>
          <w:noProof w:val="0"/>
          <w:color w:val="177C86"/>
          <w:sz w:val="23"/>
          <w:szCs w:val="23"/>
          <w:lang w:val="nl-NL"/>
        </w:rPr>
      </w:pPr>
      <w:r w:rsidRPr="659E8248" w:rsidR="0DEF5D1B">
        <w:rPr>
          <w:rFonts w:ascii="Calibri" w:hAnsi="Calibri" w:eastAsia="Calibri" w:cs="Calibri"/>
          <w:b w:val="1"/>
          <w:bCs w:val="1"/>
          <w:i w:val="0"/>
          <w:iCs w:val="0"/>
          <w:caps w:val="0"/>
          <w:smallCaps w:val="0"/>
          <w:noProof w:val="0"/>
          <w:color w:val="177C86"/>
          <w:sz w:val="23"/>
          <w:szCs w:val="23"/>
          <w:lang w:val="en-US"/>
        </w:rPr>
        <w:t>Uw toelichting</w:t>
      </w:r>
    </w:p>
    <w:p w:rsidR="0DEF5D1B" w:rsidP="659E8248" w:rsidRDefault="0DEF5D1B" w14:paraId="563EF1DF" w14:textId="4368C535">
      <w:pPr>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0DEF5D1B">
        <w:rPr>
          <w:rFonts w:ascii="Aptos" w:hAnsi="Aptos" w:eastAsia="Aptos" w:cs="Aptos"/>
          <w:b w:val="0"/>
          <w:bCs w:val="0"/>
          <w:i w:val="0"/>
          <w:iCs w:val="0"/>
          <w:caps w:val="0"/>
          <w:smallCaps w:val="0"/>
          <w:noProof w:val="0"/>
          <w:color w:val="000000" w:themeColor="text1" w:themeTint="FF" w:themeShade="FF"/>
          <w:sz w:val="19"/>
          <w:szCs w:val="19"/>
          <w:lang w:val="en-US"/>
        </w:rPr>
        <w:t>..........................................................................................................................................................</w:t>
      </w:r>
    </w:p>
    <w:p w:rsidR="0DEF5D1B" w:rsidP="659E8248" w:rsidRDefault="0DEF5D1B" w14:paraId="54B246F7" w14:textId="452BEB50">
      <w:pPr>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0DEF5D1B">
        <w:rPr>
          <w:rFonts w:ascii="Aptos" w:hAnsi="Aptos" w:eastAsia="Aptos" w:cs="Aptos"/>
          <w:b w:val="0"/>
          <w:bCs w:val="0"/>
          <w:i w:val="0"/>
          <w:iCs w:val="0"/>
          <w:caps w:val="0"/>
          <w:smallCaps w:val="0"/>
          <w:noProof w:val="0"/>
          <w:color w:val="000000" w:themeColor="text1" w:themeTint="FF" w:themeShade="FF"/>
          <w:sz w:val="19"/>
          <w:szCs w:val="19"/>
          <w:lang w:val="en-US"/>
        </w:rPr>
        <w:t>..........................................................................................................................................................</w:t>
      </w:r>
    </w:p>
    <w:p w:rsidR="0DEF5D1B" w:rsidP="659E8248" w:rsidRDefault="0DEF5D1B" w14:paraId="1740B9D8" w14:textId="490E68EB">
      <w:pPr>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0DEF5D1B">
        <w:rPr>
          <w:rFonts w:ascii="Aptos" w:hAnsi="Aptos" w:eastAsia="Aptos" w:cs="Aptos"/>
          <w:b w:val="0"/>
          <w:bCs w:val="0"/>
          <w:i w:val="0"/>
          <w:iCs w:val="0"/>
          <w:caps w:val="0"/>
          <w:smallCaps w:val="0"/>
          <w:noProof w:val="0"/>
          <w:color w:val="000000" w:themeColor="text1" w:themeTint="FF" w:themeShade="FF"/>
          <w:sz w:val="19"/>
          <w:szCs w:val="19"/>
          <w:lang w:val="en-US"/>
        </w:rPr>
        <w:t>..........................................................................................................................................................</w:t>
      </w:r>
    </w:p>
    <w:p w:rsidR="0DEF5D1B" w:rsidP="659E8248" w:rsidRDefault="0DEF5D1B" w14:paraId="7FC3D841" w14:textId="5F7335C0">
      <w:pPr>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0DEF5D1B">
        <w:rPr>
          <w:rFonts w:ascii="Aptos" w:hAnsi="Aptos" w:eastAsia="Aptos" w:cs="Aptos"/>
          <w:b w:val="0"/>
          <w:bCs w:val="0"/>
          <w:i w:val="0"/>
          <w:iCs w:val="0"/>
          <w:caps w:val="0"/>
          <w:smallCaps w:val="0"/>
          <w:noProof w:val="0"/>
          <w:color w:val="000000" w:themeColor="text1" w:themeTint="FF" w:themeShade="FF"/>
          <w:sz w:val="19"/>
          <w:szCs w:val="19"/>
          <w:lang w:val="en-US"/>
        </w:rPr>
        <w:t>..........................................................................................................................................................</w:t>
      </w:r>
    </w:p>
    <w:p w:rsidR="0DEF5D1B" w:rsidP="659E8248" w:rsidRDefault="0DEF5D1B" w14:paraId="51FE9A4C" w14:textId="5CE66E9F">
      <w:pPr>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0DEF5D1B">
        <w:rPr>
          <w:rFonts w:ascii="Aptos" w:hAnsi="Aptos" w:eastAsia="Aptos" w:cs="Aptos"/>
          <w:b w:val="0"/>
          <w:bCs w:val="0"/>
          <w:i w:val="0"/>
          <w:iCs w:val="0"/>
          <w:caps w:val="0"/>
          <w:smallCaps w:val="0"/>
          <w:noProof w:val="0"/>
          <w:color w:val="000000" w:themeColor="text1" w:themeTint="FF" w:themeShade="FF"/>
          <w:sz w:val="19"/>
          <w:szCs w:val="19"/>
          <w:lang w:val="en-US"/>
        </w:rPr>
        <w:t>..........................................................................................................................................................</w:t>
      </w:r>
    </w:p>
    <w:p w:rsidR="0DEF5D1B" w:rsidP="659E8248" w:rsidRDefault="0DEF5D1B" w14:paraId="2612FC7B" w14:textId="34774722">
      <w:pPr>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0DEF5D1B">
        <w:rPr>
          <w:rFonts w:ascii="Aptos" w:hAnsi="Aptos" w:eastAsia="Aptos" w:cs="Aptos"/>
          <w:b w:val="0"/>
          <w:bCs w:val="0"/>
          <w:i w:val="0"/>
          <w:iCs w:val="0"/>
          <w:caps w:val="0"/>
          <w:smallCaps w:val="0"/>
          <w:noProof w:val="0"/>
          <w:color w:val="000000" w:themeColor="text1" w:themeTint="FF" w:themeShade="FF"/>
          <w:sz w:val="19"/>
          <w:szCs w:val="19"/>
          <w:lang w:val="en-US"/>
        </w:rPr>
        <w:t>..........................................................................................................................................................</w:t>
      </w:r>
    </w:p>
    <w:p w:rsidR="0DEF5D1B" w:rsidP="659E8248" w:rsidRDefault="0DEF5D1B" w14:paraId="0DB0F5E4" w14:textId="17BAFFD1">
      <w:pPr>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0DEF5D1B">
        <w:rPr>
          <w:rFonts w:ascii="Aptos" w:hAnsi="Aptos" w:eastAsia="Aptos" w:cs="Aptos"/>
          <w:b w:val="0"/>
          <w:bCs w:val="0"/>
          <w:i w:val="0"/>
          <w:iCs w:val="0"/>
          <w:caps w:val="0"/>
          <w:smallCaps w:val="0"/>
          <w:noProof w:val="0"/>
          <w:color w:val="000000" w:themeColor="text1" w:themeTint="FF" w:themeShade="FF"/>
          <w:sz w:val="19"/>
          <w:szCs w:val="19"/>
          <w:lang w:val="en-US"/>
        </w:rPr>
        <w:t>..........................................................................................................................................................</w:t>
      </w:r>
    </w:p>
    <w:p w:rsidR="0DEF5D1B" w:rsidP="659E8248" w:rsidRDefault="0DEF5D1B" w14:paraId="70C09EF2" w14:textId="12B23CFC">
      <w:pPr>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0DEF5D1B">
        <w:rPr>
          <w:rFonts w:ascii="Aptos" w:hAnsi="Aptos" w:eastAsia="Aptos" w:cs="Aptos"/>
          <w:b w:val="0"/>
          <w:bCs w:val="0"/>
          <w:i w:val="0"/>
          <w:iCs w:val="0"/>
          <w:caps w:val="0"/>
          <w:smallCaps w:val="0"/>
          <w:noProof w:val="0"/>
          <w:color w:val="000000" w:themeColor="text1" w:themeTint="FF" w:themeShade="FF"/>
          <w:sz w:val="19"/>
          <w:szCs w:val="19"/>
          <w:lang w:val="en-US"/>
        </w:rPr>
        <w:t>..........................................................................................................................................................</w:t>
      </w:r>
    </w:p>
    <w:p w:rsidR="659E8248" w:rsidP="659E8248" w:rsidRDefault="659E8248" w14:paraId="3F953DF0" w14:textId="21CC5AC2">
      <w:pPr>
        <w:pStyle w:val="Normal"/>
        <w:rPr>
          <w:noProof w:val="0"/>
          <w:lang w:val="nl-NL"/>
        </w:rPr>
      </w:pPr>
    </w:p>
    <w:p xmlns:wp14="http://schemas.microsoft.com/office/word/2010/wordml" w:rsidP="659E8248" w14:paraId="4B71EB1C" wp14:textId="2899736E">
      <w:pPr>
        <w:pStyle w:val="Heading2"/>
        <w:rPr>
          <w:rFonts w:ascii="Fira Sans" w:hAnsi="Fira Sans" w:eastAsia="Fira Sans" w:cs="Fira Sans"/>
          <w:noProof w:val="0"/>
          <w:lang w:val="nl-NL"/>
        </w:rPr>
      </w:pPr>
      <w:r w:rsidRPr="659E8248" w:rsidR="123CC22B">
        <w:rPr>
          <w:rFonts w:ascii="Fira Sans" w:hAnsi="Fira Sans" w:eastAsia="Fira Sans" w:cs="Fira Sans"/>
          <w:noProof w:val="0"/>
          <w:lang w:val="nl-NL"/>
        </w:rPr>
        <w:t>3.</w:t>
      </w:r>
      <w:r w:rsidRPr="659E8248" w:rsidR="03C4E470">
        <w:rPr>
          <w:rFonts w:ascii="Fira Sans" w:hAnsi="Fira Sans" w:eastAsia="Fira Sans" w:cs="Fira Sans"/>
          <w:noProof w:val="0"/>
          <w:lang w:val="nl-NL"/>
        </w:rPr>
        <w:t>1</w:t>
      </w:r>
      <w:r w:rsidRPr="659E8248" w:rsidR="123CC22B">
        <w:rPr>
          <w:rFonts w:ascii="Fira Sans" w:hAnsi="Fira Sans" w:eastAsia="Fira Sans" w:cs="Fira Sans"/>
          <w:noProof w:val="0"/>
          <w:lang w:val="nl-NL"/>
        </w:rPr>
        <w:t xml:space="preserve"> Centrale adviesvraag en deelvragen</w:t>
      </w:r>
    </w:p>
    <w:p xmlns:wp14="http://schemas.microsoft.com/office/word/2010/wordml" w:rsidP="659E8248" w14:paraId="42474086" wp14:textId="77777777">
      <w:pPr>
        <w:rPr>
          <w:rFonts w:ascii="Fira Sans" w:hAnsi="Fira Sans" w:eastAsia="Fira Sans" w:cs="Fira Sans"/>
          <w:noProof w:val="0"/>
          <w:lang w:val="nl-NL"/>
        </w:rPr>
      </w:pPr>
      <w:r w:rsidRPr="659E8248" w:rsidR="123CC22B">
        <w:rPr>
          <w:rFonts w:ascii="Fira Sans" w:hAnsi="Fira Sans" w:eastAsia="Fira Sans" w:cs="Fira Sans"/>
          <w:noProof w:val="0"/>
          <w:lang w:val="nl-NL"/>
        </w:rPr>
        <w:t>Formuleer de centrale adviesvraag en de belangrijkste deelvragen die de externe partij moet beantwoorden.</w:t>
      </w:r>
    </w:p>
    <w:p xmlns:wp14="http://schemas.microsoft.com/office/word/2010/wordml" w:rsidP="659E8248" w14:paraId="13CA6C64" wp14:textId="77777777">
      <w:pPr>
        <w:rPr>
          <w:rFonts w:ascii="Fira Sans" w:hAnsi="Fira Sans" w:eastAsia="Fira Sans" w:cs="Fira Sans"/>
          <w:noProof w:val="0"/>
          <w:lang w:val="nl-NL"/>
        </w:rPr>
      </w:pPr>
      <w:r w:rsidRPr="659E8248" w:rsidR="123CC22B">
        <w:rPr>
          <w:rFonts w:ascii="Fira Sans" w:hAnsi="Fira Sans" w:eastAsia="Fira Sans" w:cs="Fira Sans"/>
          <w:noProof w:val="0"/>
          <w:lang w:val="nl-NL"/>
        </w:rPr>
        <w:t>..........................................................................................................................................................</w:t>
      </w:r>
    </w:p>
    <w:p xmlns:wp14="http://schemas.microsoft.com/office/word/2010/wordml" w:rsidP="659E8248" w14:paraId="6BC22EF2" wp14:textId="77777777">
      <w:pPr>
        <w:rPr>
          <w:rFonts w:ascii="Fira Sans" w:hAnsi="Fira Sans" w:eastAsia="Fira Sans" w:cs="Fira Sans"/>
          <w:noProof w:val="0"/>
          <w:lang w:val="nl-NL"/>
        </w:rPr>
      </w:pPr>
      <w:r w:rsidRPr="659E8248" w:rsidR="123CC22B">
        <w:rPr>
          <w:rFonts w:ascii="Fira Sans" w:hAnsi="Fira Sans" w:eastAsia="Fira Sans" w:cs="Fira Sans"/>
          <w:noProof w:val="0"/>
          <w:lang w:val="nl-NL"/>
        </w:rPr>
        <w:t>..........................................................................................................................................................</w:t>
      </w:r>
    </w:p>
    <w:p xmlns:wp14="http://schemas.microsoft.com/office/word/2010/wordml" w:rsidP="659E8248" w14:paraId="1F721CD4" wp14:textId="77777777">
      <w:pPr>
        <w:rPr>
          <w:rFonts w:ascii="Fira Sans" w:hAnsi="Fira Sans" w:eastAsia="Fira Sans" w:cs="Fira Sans"/>
          <w:noProof w:val="0"/>
          <w:lang w:val="nl-NL"/>
        </w:rPr>
      </w:pPr>
      <w:r w:rsidRPr="659E8248" w:rsidR="123CC22B">
        <w:rPr>
          <w:rFonts w:ascii="Fira Sans" w:hAnsi="Fira Sans" w:eastAsia="Fira Sans" w:cs="Fira Sans"/>
          <w:noProof w:val="0"/>
          <w:lang w:val="nl-NL"/>
        </w:rPr>
        <w:t>..........................................................................................................................................................</w:t>
      </w:r>
    </w:p>
    <w:p xmlns:wp14="http://schemas.microsoft.com/office/word/2010/wordml" w:rsidP="123CC22B" w14:paraId="246987A0" wp14:textId="77777777">
      <w:pPr/>
      <w:r w:rsidRPr="659E8248" w:rsidR="123CC22B">
        <w:rPr>
          <w:rFonts w:ascii="Fira Sans" w:hAnsi="Fira Sans" w:eastAsia="Fira Sans" w:cs="Fira Sans"/>
          <w:noProof w:val="0"/>
          <w:lang w:val="nl-NL"/>
        </w:rPr>
        <w:t>..........................................................................................................................................................</w:t>
      </w:r>
    </w:p>
    <w:p w:rsidR="1ABC4727" w:rsidP="659E8248" w:rsidRDefault="1ABC4727" w14:paraId="50F0A1A7" w14:textId="5A374088">
      <w:pPr>
        <w:pStyle w:val="Heading1"/>
        <w:rPr>
          <w:rFonts w:ascii="Calibri" w:hAnsi="Calibri" w:eastAsia="Calibri" w:cs="Calibri"/>
          <w:b w:val="1"/>
          <w:bCs w:val="1"/>
          <w:i w:val="0"/>
          <w:iCs w:val="0"/>
          <w:caps w:val="0"/>
          <w:smallCaps w:val="0"/>
          <w:noProof w:val="0"/>
          <w:color w:val="173B5B"/>
          <w:sz w:val="28"/>
          <w:szCs w:val="28"/>
          <w:lang w:val="nl-NL"/>
        </w:rPr>
      </w:pPr>
      <w:r w:rsidRPr="659E8248" w:rsidR="1ABC4727">
        <w:rPr>
          <w:rFonts w:ascii="Calibri" w:hAnsi="Calibri" w:eastAsia="Calibri" w:cs="Calibri"/>
          <w:b w:val="1"/>
          <w:bCs w:val="1"/>
          <w:i w:val="0"/>
          <w:iCs w:val="0"/>
          <w:caps w:val="0"/>
          <w:smallCaps w:val="0"/>
          <w:noProof w:val="0"/>
          <w:color w:val="173B5B"/>
          <w:sz w:val="28"/>
          <w:szCs w:val="28"/>
          <w:lang w:val="en-US"/>
        </w:rPr>
        <w:t>4.Relevante</w:t>
      </w:r>
      <w:r w:rsidRPr="659E8248" w:rsidR="1ABC4727">
        <w:rPr>
          <w:rFonts w:ascii="Calibri" w:hAnsi="Calibri" w:eastAsia="Calibri" w:cs="Calibri"/>
          <w:b w:val="1"/>
          <w:bCs w:val="1"/>
          <w:i w:val="0"/>
          <w:iCs w:val="0"/>
          <w:caps w:val="0"/>
          <w:smallCaps w:val="0"/>
          <w:noProof w:val="0"/>
          <w:color w:val="173B5B"/>
          <w:sz w:val="28"/>
          <w:szCs w:val="28"/>
          <w:lang w:val="en-US"/>
        </w:rPr>
        <w:t xml:space="preserve"> </w:t>
      </w:r>
      <w:r w:rsidRPr="659E8248" w:rsidR="1ABC4727">
        <w:rPr>
          <w:rFonts w:ascii="Calibri" w:hAnsi="Calibri" w:eastAsia="Calibri" w:cs="Calibri"/>
          <w:b w:val="1"/>
          <w:bCs w:val="1"/>
          <w:i w:val="0"/>
          <w:iCs w:val="0"/>
          <w:caps w:val="0"/>
          <w:smallCaps w:val="0"/>
          <w:noProof w:val="0"/>
          <w:color w:val="173B5B"/>
          <w:sz w:val="28"/>
          <w:szCs w:val="28"/>
          <w:lang w:val="en-US"/>
        </w:rPr>
        <w:t>ervaring</w:t>
      </w:r>
      <w:r w:rsidRPr="659E8248" w:rsidR="1ABC4727">
        <w:rPr>
          <w:rFonts w:ascii="Calibri" w:hAnsi="Calibri" w:eastAsia="Calibri" w:cs="Calibri"/>
          <w:b w:val="1"/>
          <w:bCs w:val="1"/>
          <w:i w:val="0"/>
          <w:iCs w:val="0"/>
          <w:caps w:val="0"/>
          <w:smallCaps w:val="0"/>
          <w:noProof w:val="0"/>
          <w:color w:val="173B5B"/>
          <w:sz w:val="28"/>
          <w:szCs w:val="28"/>
          <w:lang w:val="en-US"/>
        </w:rPr>
        <w:t xml:space="preserve"> van de </w:t>
      </w:r>
      <w:r w:rsidRPr="659E8248" w:rsidR="1ABC4727">
        <w:rPr>
          <w:rFonts w:ascii="Calibri" w:hAnsi="Calibri" w:eastAsia="Calibri" w:cs="Calibri"/>
          <w:b w:val="1"/>
          <w:bCs w:val="1"/>
          <w:i w:val="0"/>
          <w:iCs w:val="0"/>
          <w:caps w:val="0"/>
          <w:smallCaps w:val="0"/>
          <w:noProof w:val="0"/>
          <w:color w:val="173B5B"/>
          <w:sz w:val="28"/>
          <w:szCs w:val="28"/>
          <w:lang w:val="en-US"/>
        </w:rPr>
        <w:t>geselecteerde</w:t>
      </w:r>
      <w:r w:rsidRPr="659E8248" w:rsidR="1ABC4727">
        <w:rPr>
          <w:rFonts w:ascii="Calibri" w:hAnsi="Calibri" w:eastAsia="Calibri" w:cs="Calibri"/>
          <w:b w:val="1"/>
          <w:bCs w:val="1"/>
          <w:i w:val="0"/>
          <w:iCs w:val="0"/>
          <w:caps w:val="0"/>
          <w:smallCaps w:val="0"/>
          <w:noProof w:val="0"/>
          <w:color w:val="173B5B"/>
          <w:sz w:val="28"/>
          <w:szCs w:val="28"/>
          <w:lang w:val="en-US"/>
        </w:rPr>
        <w:t xml:space="preserve"> expert</w:t>
      </w:r>
    </w:p>
    <w:p w:rsidR="1ABC4727" w:rsidP="659E8248" w:rsidRDefault="1ABC4727" w14:paraId="443BD1F8" w14:textId="7339F0D7">
      <w:pPr>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Motiveer</w:t>
      </w: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 xml:space="preserve">  </w:t>
      </w: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waarom</w:t>
      </w: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 xml:space="preserve"> de </w:t>
      </w: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geselecteerde</w:t>
      </w: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 xml:space="preserve"> expert </w:t>
      </w: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passend</w:t>
      </w: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 xml:space="preserve"> is. Ga in </w:t>
      </w: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ieder</w:t>
      </w: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 xml:space="preserve"> </w:t>
      </w: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geval</w:t>
      </w: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 xml:space="preserve"> in op de </w:t>
      </w: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ervaring</w:t>
      </w: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 xml:space="preserve"> met:</w:t>
      </w:r>
    </w:p>
    <w:p w:rsidR="1ABC4727" w:rsidP="659E8248" w:rsidRDefault="1ABC4727" w14:paraId="473446B0" w14:textId="20EB44E1">
      <w:pPr>
        <w:pStyle w:val="ListBullet"/>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dual-use toepassingen en/of defensiegerelateerde vraagstukken;</w:t>
      </w:r>
    </w:p>
    <w:p w:rsidR="1ABC4727" w:rsidP="659E8248" w:rsidRDefault="1ABC4727" w14:paraId="4868DB6E" w14:textId="1B4EBA3E">
      <w:pPr>
        <w:pStyle w:val="ListBullet"/>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innovatieontwikkeling en businesscase-analyse;</w:t>
      </w:r>
    </w:p>
    <w:p w:rsidR="1ABC4727" w:rsidP="659E8248" w:rsidRDefault="1ABC4727" w14:paraId="2A59AD60" w14:textId="38F63A5C">
      <w:pPr>
        <w:pStyle w:val="Heading2"/>
        <w:keepNext w:val="1"/>
        <w:keepLines w:val="1"/>
        <w:spacing w:before="200" w:after="0"/>
        <w:rPr>
          <w:rFonts w:ascii="Calibri" w:hAnsi="Calibri" w:eastAsia="Calibri" w:cs="Calibri"/>
          <w:b w:val="1"/>
          <w:bCs w:val="1"/>
          <w:i w:val="0"/>
          <w:iCs w:val="0"/>
          <w:caps w:val="0"/>
          <w:smallCaps w:val="0"/>
          <w:noProof w:val="0"/>
          <w:color w:val="177C86"/>
          <w:sz w:val="23"/>
          <w:szCs w:val="23"/>
          <w:lang w:val="nl-NL"/>
        </w:rPr>
      </w:pPr>
      <w:r w:rsidRPr="659E8248" w:rsidR="1ABC4727">
        <w:rPr>
          <w:rFonts w:ascii="Calibri" w:hAnsi="Calibri" w:eastAsia="Calibri" w:cs="Calibri"/>
          <w:b w:val="1"/>
          <w:bCs w:val="1"/>
          <w:i w:val="0"/>
          <w:iCs w:val="0"/>
          <w:caps w:val="0"/>
          <w:smallCaps w:val="0"/>
          <w:noProof w:val="0"/>
          <w:color w:val="177C86"/>
          <w:sz w:val="23"/>
          <w:szCs w:val="23"/>
          <w:lang w:val="en-US"/>
        </w:rPr>
        <w:t>Uw toelichting</w:t>
      </w:r>
    </w:p>
    <w:p w:rsidR="1ABC4727" w:rsidP="659E8248" w:rsidRDefault="1ABC4727" w14:paraId="0118E191" w14:textId="7D00CEC7">
      <w:pPr>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w:t>
      </w:r>
    </w:p>
    <w:p w:rsidR="1ABC4727" w:rsidP="659E8248" w:rsidRDefault="1ABC4727" w14:paraId="10128BFA" w14:textId="08C2555C">
      <w:pPr>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w:t>
      </w:r>
    </w:p>
    <w:p w:rsidR="1ABC4727" w:rsidP="659E8248" w:rsidRDefault="1ABC4727" w14:paraId="43CED98B" w14:textId="3C0339F0">
      <w:pPr>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w:t>
      </w:r>
    </w:p>
    <w:p w:rsidR="1ABC4727" w:rsidP="659E8248" w:rsidRDefault="1ABC4727" w14:paraId="5949E573" w14:textId="1D932F92">
      <w:pPr>
        <w:rPr>
          <w:rFonts w:ascii="Aptos" w:hAnsi="Aptos" w:eastAsia="Aptos" w:cs="Aptos"/>
          <w:b w:val="0"/>
          <w:bCs w:val="0"/>
          <w:i w:val="0"/>
          <w:iCs w:val="0"/>
          <w:caps w:val="0"/>
          <w:smallCaps w:val="0"/>
          <w:noProof w:val="0"/>
          <w:color w:val="000000" w:themeColor="text1" w:themeTint="FF" w:themeShade="FF"/>
          <w:sz w:val="19"/>
          <w:szCs w:val="19"/>
          <w:lang w:val="nl-NL"/>
        </w:rPr>
      </w:pP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w:t>
      </w:r>
    </w:p>
    <w:p w:rsidR="659E8248" w:rsidP="659E8248" w:rsidRDefault="659E8248" w14:paraId="48872331" w14:textId="090C6CB1">
      <w:pPr>
        <w:rPr>
          <w:rFonts w:ascii="Aptos" w:hAnsi="Aptos" w:eastAsia="Aptos" w:cs="Aptos"/>
          <w:b w:val="0"/>
          <w:bCs w:val="0"/>
          <w:i w:val="0"/>
          <w:iCs w:val="0"/>
          <w:caps w:val="0"/>
          <w:smallCaps w:val="0"/>
          <w:noProof w:val="0"/>
          <w:color w:val="000000" w:themeColor="text1" w:themeTint="FF" w:themeShade="FF"/>
          <w:sz w:val="19"/>
          <w:szCs w:val="19"/>
          <w:lang w:val="en-US"/>
        </w:rPr>
      </w:pPr>
    </w:p>
    <w:p w:rsidR="1ABC4727" w:rsidP="659E8248" w:rsidRDefault="1ABC4727" w14:paraId="53DEC689" w14:textId="359C0B9E">
      <w:pPr>
        <w:pStyle w:val="Heading1"/>
        <w:keepNext w:val="1"/>
        <w:keepLines w:val="1"/>
        <w:spacing w:before="480" w:after="0"/>
        <w:rPr>
          <w:rFonts w:ascii="Calibri" w:hAnsi="Calibri" w:eastAsia="Calibri" w:cs="Calibri"/>
          <w:b w:val="1"/>
          <w:bCs w:val="1"/>
          <w:i w:val="0"/>
          <w:iCs w:val="0"/>
          <w:caps w:val="0"/>
          <w:smallCaps w:val="0"/>
          <w:noProof w:val="0"/>
          <w:color w:val="173B5B"/>
          <w:sz w:val="28"/>
          <w:szCs w:val="28"/>
          <w:lang w:val="en-US"/>
        </w:rPr>
      </w:pPr>
      <w:r w:rsidRPr="659E8248" w:rsidR="1ABC4727">
        <w:rPr>
          <w:rFonts w:ascii="Calibri" w:hAnsi="Calibri" w:eastAsia="Calibri" w:cs="Calibri"/>
          <w:b w:val="1"/>
          <w:bCs w:val="1"/>
          <w:i w:val="0"/>
          <w:iCs w:val="0"/>
          <w:caps w:val="0"/>
          <w:smallCaps w:val="0"/>
          <w:noProof w:val="0"/>
          <w:color w:val="173B5B"/>
          <w:sz w:val="28"/>
          <w:szCs w:val="28"/>
          <w:lang w:val="en-US"/>
        </w:rPr>
        <w:t>4.Offerte van de expert</w:t>
      </w:r>
    </w:p>
    <w:p w:rsidR="1ABC4727" w:rsidP="659E8248" w:rsidRDefault="1ABC4727" w14:paraId="37E437E8" w14:textId="266DCF74">
      <w:pPr>
        <w:rPr>
          <w:rFonts w:ascii="Aptos" w:hAnsi="Aptos" w:eastAsia="Aptos" w:cs="Aptos"/>
          <w:b w:val="0"/>
          <w:bCs w:val="0"/>
          <w:i w:val="0"/>
          <w:iCs w:val="0"/>
          <w:caps w:val="0"/>
          <w:smallCaps w:val="0"/>
          <w:noProof w:val="0"/>
          <w:color w:val="173B5B"/>
          <w:sz w:val="18"/>
          <w:szCs w:val="18"/>
          <w:lang w:val="en-US"/>
        </w:rPr>
      </w:pPr>
      <w:r w:rsidRPr="659E8248" w:rsidR="1ABC4727">
        <w:rPr>
          <w:rFonts w:ascii="Aptos" w:hAnsi="Aptos" w:eastAsia="Aptos" w:cs="Aptos"/>
          <w:b w:val="0"/>
          <w:bCs w:val="0"/>
          <w:i w:val="0"/>
          <w:iCs w:val="0"/>
          <w:caps w:val="0"/>
          <w:smallCaps w:val="0"/>
          <w:noProof w:val="0"/>
          <w:color w:val="173B5B"/>
          <w:sz w:val="18"/>
          <w:szCs w:val="18"/>
          <w:lang w:val="en-US"/>
        </w:rPr>
        <w:t>Voeg een recente offerte van de expert als verplichte bijlage bij de aanvraag. De offerte mag bij indiening niet ouder zijn dan drie maanden.</w:t>
      </w:r>
    </w:p>
    <w:p w:rsidR="1ABC4727" w:rsidP="659E8248" w:rsidRDefault="1ABC4727" w14:paraId="03821B02" w14:textId="0E0A15B6">
      <w:pPr>
        <w:rPr>
          <w:rFonts w:ascii="Aptos" w:hAnsi="Aptos" w:eastAsia="Aptos" w:cs="Aptos"/>
          <w:b w:val="0"/>
          <w:bCs w:val="0"/>
          <w:i w:val="0"/>
          <w:iCs w:val="0"/>
          <w:caps w:val="0"/>
          <w:smallCaps w:val="0"/>
          <w:noProof w:val="0"/>
          <w:color w:val="000000" w:themeColor="text1" w:themeTint="FF" w:themeShade="FF"/>
          <w:sz w:val="19"/>
          <w:szCs w:val="19"/>
          <w:lang w:val="en-US"/>
        </w:rPr>
      </w:pP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Uit de offerte moeten in ieder geval de volgende onderdelen blijken:</w:t>
      </w:r>
    </w:p>
    <w:p w:rsidR="1ABC4727" w:rsidP="659E8248" w:rsidRDefault="1ABC4727" w14:paraId="2D8AB62F" w14:textId="487B8801">
      <w:pPr>
        <w:pStyle w:val="ListBullet"/>
        <w:rPr>
          <w:rFonts w:ascii="Aptos" w:hAnsi="Aptos" w:eastAsia="Aptos" w:cs="Aptos"/>
          <w:b w:val="0"/>
          <w:bCs w:val="0"/>
          <w:i w:val="0"/>
          <w:iCs w:val="0"/>
          <w:caps w:val="0"/>
          <w:smallCaps w:val="0"/>
          <w:noProof w:val="0"/>
          <w:color w:val="000000" w:themeColor="text1" w:themeTint="FF" w:themeShade="FF"/>
          <w:sz w:val="19"/>
          <w:szCs w:val="19"/>
          <w:lang w:val="en-US"/>
        </w:rPr>
      </w:pP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de geplande activiteiten van het adviestraject;</w:t>
      </w:r>
    </w:p>
    <w:p w:rsidR="1ABC4727" w:rsidP="659E8248" w:rsidRDefault="1ABC4727" w14:paraId="3A83E903" w14:textId="71B583DC">
      <w:pPr>
        <w:pStyle w:val="ListBullet"/>
        <w:rPr>
          <w:rFonts w:ascii="Aptos" w:hAnsi="Aptos" w:eastAsia="Aptos" w:cs="Aptos"/>
          <w:b w:val="0"/>
          <w:bCs w:val="0"/>
          <w:i w:val="0"/>
          <w:iCs w:val="0"/>
          <w:caps w:val="0"/>
          <w:smallCaps w:val="0"/>
          <w:noProof w:val="0"/>
          <w:color w:val="000000" w:themeColor="text1" w:themeTint="FF" w:themeShade="FF"/>
          <w:sz w:val="19"/>
          <w:szCs w:val="19"/>
          <w:lang w:val="en-US"/>
        </w:rPr>
      </w:pP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de beoogde resultaten en concrete deliverables;</w:t>
      </w:r>
    </w:p>
    <w:p w:rsidR="1ABC4727" w:rsidP="659E8248" w:rsidRDefault="1ABC4727" w14:paraId="48E5EC3F" w14:textId="5D0E399B">
      <w:pPr>
        <w:pStyle w:val="ListBullet"/>
        <w:rPr>
          <w:rFonts w:ascii="Aptos" w:hAnsi="Aptos" w:eastAsia="Aptos" w:cs="Aptos"/>
          <w:b w:val="0"/>
          <w:bCs w:val="0"/>
          <w:i w:val="0"/>
          <w:iCs w:val="0"/>
          <w:caps w:val="0"/>
          <w:smallCaps w:val="0"/>
          <w:noProof w:val="0"/>
          <w:color w:val="000000" w:themeColor="text1" w:themeTint="FF" w:themeShade="FF"/>
          <w:sz w:val="19"/>
          <w:szCs w:val="19"/>
          <w:lang w:val="en-US"/>
        </w:rPr>
      </w:pP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de kosten van de expert en de opbouw daarvan, bijvoorbeeld uren, tarieven en eventuele materiaalkosten;</w:t>
      </w:r>
    </w:p>
    <w:p w:rsidR="1ABC4727" w:rsidP="659E8248" w:rsidRDefault="1ABC4727" w14:paraId="0C68E9B1" w14:textId="27E88114">
      <w:pPr>
        <w:pStyle w:val="ListBullet"/>
        <w:rPr>
          <w:rFonts w:ascii="Aptos" w:hAnsi="Aptos" w:eastAsia="Aptos" w:cs="Aptos"/>
          <w:b w:val="0"/>
          <w:bCs w:val="0"/>
          <w:i w:val="0"/>
          <w:iCs w:val="0"/>
          <w:caps w:val="0"/>
          <w:smallCaps w:val="0"/>
          <w:noProof w:val="0"/>
          <w:color w:val="000000" w:themeColor="text1" w:themeTint="FF" w:themeShade="FF"/>
          <w:sz w:val="19"/>
          <w:szCs w:val="19"/>
          <w:lang w:val="en-US"/>
        </w:rPr>
      </w:pP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de planning van de expert.</w:t>
      </w:r>
    </w:p>
    <w:p w:rsidR="1ABC4727" w:rsidP="659E8248" w:rsidRDefault="1ABC4727" w14:paraId="74BA2534" w14:textId="58921A3F">
      <w:pPr>
        <w:pStyle w:val="Heading2"/>
        <w:keepNext w:val="1"/>
        <w:keepLines w:val="1"/>
        <w:spacing w:before="200" w:after="0"/>
        <w:rPr>
          <w:rFonts w:ascii="Calibri" w:hAnsi="Calibri" w:eastAsia="Calibri" w:cs="Calibri"/>
          <w:b w:val="1"/>
          <w:bCs w:val="1"/>
          <w:i w:val="0"/>
          <w:iCs w:val="0"/>
          <w:caps w:val="0"/>
          <w:smallCaps w:val="0"/>
          <w:noProof w:val="0"/>
          <w:color w:val="177C86"/>
          <w:sz w:val="23"/>
          <w:szCs w:val="23"/>
          <w:lang w:val="en-US"/>
        </w:rPr>
      </w:pPr>
      <w:r w:rsidRPr="659E8248" w:rsidR="1ABC4727">
        <w:rPr>
          <w:rFonts w:ascii="Calibri" w:hAnsi="Calibri" w:eastAsia="Calibri" w:cs="Calibri"/>
          <w:b w:val="1"/>
          <w:bCs w:val="1"/>
          <w:i w:val="0"/>
          <w:iCs w:val="0"/>
          <w:caps w:val="0"/>
          <w:smallCaps w:val="0"/>
          <w:noProof w:val="0"/>
          <w:color w:val="177C86"/>
          <w:sz w:val="23"/>
          <w:szCs w:val="23"/>
          <w:lang w:val="en-US"/>
        </w:rPr>
        <w:t>Eventuele toelichting</w:t>
      </w:r>
    </w:p>
    <w:p w:rsidR="1ABC4727" w:rsidP="659E8248" w:rsidRDefault="1ABC4727" w14:paraId="317F1CE0" w14:textId="77FEC56C">
      <w:pPr>
        <w:rPr>
          <w:rFonts w:ascii="Aptos" w:hAnsi="Aptos" w:eastAsia="Aptos" w:cs="Aptos"/>
          <w:b w:val="0"/>
          <w:bCs w:val="0"/>
          <w:i w:val="0"/>
          <w:iCs w:val="0"/>
          <w:caps w:val="0"/>
          <w:smallCaps w:val="0"/>
          <w:noProof w:val="0"/>
          <w:color w:val="000000" w:themeColor="text1" w:themeTint="FF" w:themeShade="FF"/>
          <w:sz w:val="19"/>
          <w:szCs w:val="19"/>
          <w:lang w:val="en-US"/>
        </w:rPr>
      </w:pP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w:t>
      </w:r>
    </w:p>
    <w:p w:rsidR="1ABC4727" w:rsidP="659E8248" w:rsidRDefault="1ABC4727" w14:paraId="3AFEEAE4" w14:textId="2A6280DD">
      <w:pPr>
        <w:rPr>
          <w:rFonts w:ascii="Aptos" w:hAnsi="Aptos" w:eastAsia="Aptos" w:cs="Aptos"/>
          <w:b w:val="0"/>
          <w:bCs w:val="0"/>
          <w:i w:val="0"/>
          <w:iCs w:val="0"/>
          <w:caps w:val="0"/>
          <w:smallCaps w:val="0"/>
          <w:noProof w:val="0"/>
          <w:color w:val="000000" w:themeColor="text1" w:themeTint="FF" w:themeShade="FF"/>
          <w:sz w:val="19"/>
          <w:szCs w:val="19"/>
          <w:lang w:val="en-US"/>
        </w:rPr>
      </w:pP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w:t>
      </w:r>
    </w:p>
    <w:p w:rsidR="1ABC4727" w:rsidP="659E8248" w:rsidRDefault="1ABC4727" w14:paraId="16DB4875" w14:textId="783601B2">
      <w:pPr>
        <w:rPr>
          <w:rFonts w:ascii="Aptos" w:hAnsi="Aptos" w:eastAsia="Aptos" w:cs="Aptos"/>
          <w:b w:val="0"/>
          <w:bCs w:val="0"/>
          <w:i w:val="0"/>
          <w:iCs w:val="0"/>
          <w:caps w:val="0"/>
          <w:smallCaps w:val="0"/>
          <w:noProof w:val="0"/>
          <w:color w:val="000000" w:themeColor="text1" w:themeTint="FF" w:themeShade="FF"/>
          <w:sz w:val="19"/>
          <w:szCs w:val="19"/>
          <w:lang w:val="en-US"/>
        </w:rPr>
      </w:pPr>
      <w:r w:rsidRPr="659E8248" w:rsidR="1ABC4727">
        <w:rPr>
          <w:rFonts w:ascii="Aptos" w:hAnsi="Aptos" w:eastAsia="Aptos" w:cs="Aptos"/>
          <w:b w:val="0"/>
          <w:bCs w:val="0"/>
          <w:i w:val="0"/>
          <w:iCs w:val="0"/>
          <w:caps w:val="0"/>
          <w:smallCaps w:val="0"/>
          <w:noProof w:val="0"/>
          <w:color w:val="000000" w:themeColor="text1" w:themeTint="FF" w:themeShade="FF"/>
          <w:sz w:val="19"/>
          <w:szCs w:val="19"/>
          <w:lang w:val="en-US"/>
        </w:rPr>
        <w:t>..........................................................................................................................................................</w:t>
      </w:r>
    </w:p>
    <w:p w:rsidR="659E8248" w:rsidP="659E8248" w:rsidRDefault="659E8248" w14:paraId="645E185D" w14:textId="3547B310">
      <w:pPr>
        <w:rPr>
          <w:rFonts w:ascii="Aptos" w:hAnsi="Aptos" w:eastAsia="Aptos" w:cs="Aptos"/>
          <w:b w:val="0"/>
          <w:bCs w:val="0"/>
          <w:i w:val="0"/>
          <w:iCs w:val="0"/>
          <w:caps w:val="0"/>
          <w:smallCaps w:val="0"/>
          <w:noProof w:val="0"/>
          <w:color w:val="000000" w:themeColor="text1" w:themeTint="FF" w:themeShade="FF"/>
          <w:sz w:val="19"/>
          <w:szCs w:val="19"/>
          <w:lang w:val="en-US"/>
        </w:rPr>
      </w:pPr>
    </w:p>
    <w:p w:rsidR="659E8248" w:rsidP="659E8248" w:rsidRDefault="659E8248" w14:paraId="491F9795" w14:textId="6C74C020">
      <w:pPr>
        <w:rPr>
          <w:rFonts w:ascii="Fira Sans" w:hAnsi="Fira Sans" w:eastAsia="Fira Sans" w:cs="Fira Sans"/>
          <w:noProof w:val="0"/>
          <w:lang w:val="nl-NL"/>
        </w:rPr>
      </w:pPr>
    </w:p>
    <w:p xmlns:wp14="http://schemas.microsoft.com/office/word/2010/wordml" w:rsidP="659E8248" w14:paraId="66204FF1" wp14:textId="77777777">
      <w:pPr>
        <w:rPr>
          <w:rFonts w:ascii="Fira Sans" w:hAnsi="Fira Sans" w:eastAsia="Fira Sans" w:cs="Fira Sans"/>
          <w:noProof w:val="0"/>
          <w:lang w:val="nl-NL"/>
        </w:rPr>
      </w:pPr>
      <w:r w:rsidRPr="659E8248">
        <w:rPr>
          <w:rFonts w:ascii="Fira Sans" w:hAnsi="Fira Sans" w:eastAsia="Fira Sans" w:cs="Fira Sans"/>
          <w:noProof w:val="0"/>
          <w:lang w:val="nl-NL"/>
        </w:rPr>
        <w:br w:type="page"/>
      </w:r>
    </w:p>
    <w:p xmlns:wp14="http://schemas.microsoft.com/office/word/2010/wordml" w:rsidP="123CC22B" w14:paraId="5AB7BA31" wp14:textId="3E43E2E0">
      <w:pPr>
        <w:pStyle w:val="Heading2"/>
      </w:pPr>
      <w:r w:rsidRPr="659E8248" w:rsidR="4B1EB5B1">
        <w:rPr>
          <w:rFonts w:ascii="Fira Sans" w:hAnsi="Fira Sans" w:eastAsia="Fira Sans" w:cs="Fira Sans"/>
          <w:noProof w:val="0"/>
          <w:lang w:val="nl-NL"/>
        </w:rPr>
        <w:t>Tenslotte</w:t>
      </w:r>
    </w:p>
    <w:p xmlns:wp14="http://schemas.microsoft.com/office/word/2010/wordml" w:rsidP="659E8248" w14:paraId="08DF2C8D" wp14:textId="757A2ED2">
      <w:pPr>
        <w:pStyle w:val="Heading2"/>
        <w:rPr>
          <w:rFonts w:ascii="Fira Sans" w:hAnsi="Fira Sans" w:eastAsia="Fira Sans" w:cs="Fira Sans"/>
          <w:noProof w:val="0"/>
          <w:lang w:val="nl-NL"/>
        </w:rPr>
      </w:pPr>
      <w:r w:rsidRPr="659E8248" w:rsidR="123CC22B">
        <w:rPr>
          <w:rFonts w:ascii="Fira Sans" w:hAnsi="Fira Sans" w:eastAsia="Fira Sans" w:cs="Fira Sans"/>
          <w:noProof w:val="0"/>
          <w:lang w:val="nl-NL"/>
        </w:rPr>
        <w:t>Optionele business support door Horizon Flevoland</w:t>
      </w:r>
    </w:p>
    <w:p xmlns:wp14="http://schemas.microsoft.com/office/word/2010/wordml" w:rsidP="659E8248" w14:paraId="58D7C7F7" wp14:textId="77777777">
      <w:pPr>
        <w:rPr>
          <w:rFonts w:ascii="Fira Sans" w:hAnsi="Fira Sans" w:eastAsia="Fira Sans" w:cs="Fira Sans"/>
          <w:noProof w:val="0"/>
          <w:lang w:val="nl-NL"/>
        </w:rPr>
      </w:pPr>
      <w:r w:rsidRPr="659E8248" w:rsidR="123CC22B">
        <w:rPr>
          <w:rFonts w:ascii="Fira Sans" w:hAnsi="Fira Sans" w:eastAsia="Fira Sans" w:cs="Fira Sans"/>
          <w:noProof w:val="0"/>
          <w:lang w:val="nl-NL"/>
        </w:rPr>
        <w:t>Horizon Flevoland kan ondersteunen bij businesscase, marktbenadering, financiering, partners en opschaling. Deze ondersteuning is vrijwillig en staat los van de beoordeling van de subsidieaanvraag.</w:t>
      </w:r>
    </w:p>
    <w:p xmlns:wp14="http://schemas.microsoft.com/office/word/2010/wordml" w:rsidP="659E8248" w14:paraId="67102BDB" wp14:textId="74E956E9">
      <w:pPr>
        <w:rPr>
          <w:rFonts w:ascii="Fira Sans" w:hAnsi="Fira Sans" w:eastAsia="Fira Sans" w:cs="Fira Sans"/>
          <w:noProof w:val="0"/>
          <w:lang w:val="nl-NL"/>
        </w:rPr>
      </w:pPr>
      <w:r w:rsidRPr="659E8248" w:rsidR="123CC22B">
        <w:rPr>
          <w:rFonts w:ascii="Fira Sans" w:hAnsi="Fira Sans" w:eastAsia="Fira Sans" w:cs="Fira Sans"/>
          <w:noProof w:val="0"/>
          <w:lang w:val="nl-NL"/>
        </w:rPr>
        <w:t>☐ Ja, ik geef toestemming om de noodzakelijke contactgegevens met Horizon Flevoland te delen en te worden benaderd.</w:t>
      </w:r>
    </w:p>
    <w:p xmlns:wp14="http://schemas.microsoft.com/office/word/2010/wordml" w:rsidP="659E8248" w14:paraId="00B7942F" wp14:textId="77777777">
      <w:pPr>
        <w:rPr>
          <w:rFonts w:ascii="Fira Sans" w:hAnsi="Fira Sans" w:eastAsia="Fira Sans" w:cs="Fira Sans"/>
          <w:noProof w:val="0"/>
          <w:lang w:val="nl-NL"/>
        </w:rPr>
      </w:pPr>
      <w:r w:rsidRPr="659E8248" w:rsidR="123CC22B">
        <w:rPr>
          <w:rFonts w:ascii="Fira Sans" w:hAnsi="Fira Sans" w:eastAsia="Fira Sans" w:cs="Fira Sans"/>
          <w:noProof w:val="0"/>
          <w:lang w:val="nl-NL"/>
        </w:rPr>
        <w:t>☐ Nee, ik geef geen toestemming voor het delen van deze gegevens voor business support.</w:t>
      </w:r>
    </w:p>
    <w:p xmlns:wp14="http://schemas.microsoft.com/office/word/2010/wordml" w:rsidP="659E8248" w14:paraId="454B3F3C" wp14:textId="7D049911">
      <w:pPr>
        <w:numPr>
          <w:ilvl w:val="0"/>
          <w:numId w:val="0"/>
        </w:numPr>
        <w:rPr>
          <w:rFonts w:ascii="Fira Sans" w:hAnsi="Fira Sans" w:eastAsia="Fira Sans" w:cs="Fira Sans"/>
          <w:noProof w:val="0"/>
          <w:lang w:val="nl-NL"/>
        </w:rPr>
      </w:pPr>
    </w:p>
    <w:sectPr w:rsidRPr="0006063C" w:rsidR="00FC693F" w:rsidSect="00034616">
      <w:headerReference w:type="default" r:id="rId9"/>
      <w:footerReference w:type="default" r:id="rId10"/>
      <w:pgSz w:w="12240" w:h="15840" w:orient="portrait"/>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a="http://schemas.openxmlformats.org/drawingml/2006/main" xmlns:pic="http://schemas.openxmlformats.org/drawingml/2006/picture" xmlns:a14="http://schemas.microsoft.com/office/drawing/2010/main" mc:Ignorable="w14 wp14">
  <w:p xmlns:wp14="http://schemas.microsoft.com/office/word/2010/wordml" w14:paraId="626EB19C" wp14:textId="0EB747F9">
    <w:pPr>
      <w:pStyle w:val="Footer"/>
      <w:jc w:val="center"/>
    </w:pPr>
    <w:r w:rsidR="123CC22B">
      <w:drawing>
        <wp:inline xmlns:wp14="http://schemas.microsoft.com/office/word/2010/wordprocessingDrawing" wp14:editId="426468C7" wp14:anchorId="2C191ED0">
          <wp:extent cx="2085975" cy="485775"/>
          <wp:effectExtent l="0" t="0" r="0" b="0"/>
          <wp:docPr id="8972418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97241839" name="Picture 897241839"/>
                  <pic:cNvPicPr/>
                </pic:nvPicPr>
                <pic:blipFill>
                  <a:blip xmlns:r="http://schemas.openxmlformats.org/officeDocument/2006/relationships" r:embed="rId2077123084">
                    <a:extLst>
                      <a:ext uri="{28A0092B-C50C-407E-A947-70E740481C1C}">
                        <a14:useLocalDpi xmlns:a14="http://schemas.microsoft.com/office/drawing/2010/main"/>
                      </a:ext>
                    </a:extLst>
                  </a:blip>
                  <a:stretch>
                    <a:fillRect/>
                  </a:stretch>
                </pic:blipFill>
                <pic:spPr>
                  <a:xfrm>
                    <a:off x="0" y="0"/>
                    <a:ext cx="2085975" cy="485775"/>
                  </a:xfrm>
                  <a:prstGeom prst="rect">
                    <a:avLst/>
                  </a:prstGeom>
                </pic:spPr>
              </pic:pic>
            </a:graphicData>
          </a:graphic>
        </wp:inline>
      </w:drawing>
    </w:r>
    <w:r w:rsidR="123CC22B">
      <w:rPr/>
      <w:t>Modelprojectsamenvatting</w:t>
    </w:r>
    <w:r w:rsidR="123CC22B">
      <w:rPr/>
      <w:t xml:space="preserve"> </w:t>
    </w:r>
    <w:r w:rsidR="123CC22B">
      <w:rPr/>
      <w:t>adviesvoucher</w:t>
    </w:r>
    <w:r w:rsidR="123CC22B">
      <w:rPr/>
      <w:t xml:space="preserve"> </w:t>
    </w:r>
    <w:r w:rsidR="123CC22B">
      <w:rPr/>
      <w:t>Defensie-innovatie</w:t>
    </w:r>
    <w:r w:rsidR="123CC22B">
      <w:rPr/>
      <w:t xml:space="preserve"> </w:t>
    </w:r>
    <w:r w:rsidR="123CC22B">
      <w:rPr/>
      <w:t>Flevoland  |</w:t>
    </w:r>
    <w:r w:rsidR="123CC22B">
      <w:rPr/>
      <w:t xml:space="preserve">  </w:t>
    </w:r>
    <w:r w:rsidR="123CC22B">
      <w:rPr/>
      <w:t>Pagina</w:t>
    </w:r>
    <w:r w:rsidR="123CC22B">
      <w:rPr/>
      <w:t xml:space="preserve"> </w:t>
    </w:r>
    <w:r>
      <w:fldChar w:fldCharType="begin"/>
    </w:r>
    <w:r>
      <w:instrText xml:space="preserve">PAGE</w:instrText>
    </w:r>
    <w:r>
      <w:fldChar w:fldCharType="separate"/>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a="http://schemas.openxmlformats.org/drawingml/2006/main" xmlns:pic="http://schemas.openxmlformats.org/drawingml/2006/picture" xmlns:a14="http://schemas.microsoft.com/office/drawing/2010/main" mc:Ignorable="w14 wp14">
  <w:p xmlns:wp14="http://schemas.microsoft.com/office/word/2010/wordml" w14:paraId="0E031F3D" wp14:textId="2BD9ED32">
    <w:pPr>
      <w:pStyle w:val="Header"/>
      <w:jc w:val="center"/>
    </w:pPr>
    <w:r w:rsidR="123CC22B">
      <w:drawing>
        <wp:inline xmlns:wp14="http://schemas.microsoft.com/office/word/2010/wordprocessingDrawing" wp14:editId="4F8C5E6A" wp14:anchorId="04EB443F">
          <wp:extent cx="2447925" cy="857250"/>
          <wp:effectExtent l="0" t="0" r="0" b="0"/>
          <wp:docPr id="7373921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18576745" name="Picture 1318576745"/>
                  <pic:cNvPicPr/>
                </pic:nvPicPr>
                <pic:blipFill>
                  <a:blip xmlns:r="http://schemas.openxmlformats.org/officeDocument/2006/relationships" r:embed="rId982350215">
                    <a:extLst>
                      <a:ext uri="{28A0092B-C50C-407E-A947-70E740481C1C}">
                        <a14:useLocalDpi xmlns:a14="http://schemas.microsoft.com/office/drawing/2010/main"/>
                      </a:ext>
                    </a:extLst>
                  </a:blip>
                  <a:stretch>
                    <a:fillRect/>
                  </a:stretch>
                </pic:blipFill>
                <pic:spPr>
                  <a:xfrm>
                    <a:off x="0" y="0"/>
                    <a:ext cx="2447925" cy="857250"/>
                  </a:xfrm>
                  <a:prstGeom prst="rect">
                    <a:avLst/>
                  </a:prstGeom>
                </pic:spPr>
              </pic:pic>
            </a:graphicData>
          </a:graphic>
        </wp:inline>
      </w:drawing>
    </w:r>
  </w:p>
  <w:p w:rsidR="123CC22B" w:rsidP="123CC22B" w:rsidRDefault="123CC22B" w14:paraId="2A4DBAB2" w14:textId="38A6F9A4">
    <w:pPr>
      <w:pStyle w:val="Header"/>
      <w:jc w:val="center"/>
    </w:pPr>
  </w:p>
  <w:p w:rsidR="123CC22B" w:rsidP="123CC22B" w:rsidRDefault="123CC22B" w14:paraId="0C1B00A2" w14:textId="607C3079">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http://schemas.openxmlformats.org/wordprocessingml/2006/main" w:abstractNumId="11">
    <w:nsid w:val="4998c1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2512dd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5860ac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2">
    <w:abstractNumId w:val="11"/>
  </w:num>
  <w:num w:numId="11">
    <w:abstractNumId w:val="10"/>
  </w:num>
  <w:num w:numId="10">
    <w:abstractNumId w:val="9"/>
  </w: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3C4E470"/>
    <w:rsid w:val="0DEF5D1B"/>
    <w:rsid w:val="118A42A2"/>
    <w:rsid w:val="123CC22B"/>
    <w:rsid w:val="1ABC4727"/>
    <w:rsid w:val="1AFC65DC"/>
    <w:rsid w:val="2474F018"/>
    <w:rsid w:val="34316DD5"/>
    <w:rsid w:val="3AB81172"/>
    <w:rsid w:val="4B1EB5B1"/>
    <w:rsid w:val="4E4B24AE"/>
    <w:rsid w:val="4E774B60"/>
    <w:rsid w:val="5909AF0C"/>
    <w:rsid w:val="5983848E"/>
    <w:rsid w:val="6445B86F"/>
    <w:rsid w:val="659E8248"/>
    <w:rsid w:val="65B83289"/>
    <w:rsid w:val="682CDFD8"/>
    <w:rsid w:val="75A55D4E"/>
    <w:rsid w:val="7B9C2F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129E1678-8E08-438A-B7B5-DB936BFC5F9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after="80"/>
    </w:pPr>
    <w:rPr>
      <w:rFonts w:ascii="Aptos" w:hAnsi="Aptos"/>
      <w:color w:val="263746"/>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ptos Display" w:hAnsi="Aptos Display" w:asciiTheme="majorHAnsi" w:hAnsiTheme="majorHAnsi" w:eastAsiaTheme="majorEastAsia" w:cstheme="majorBidi"/>
      <w:b/>
      <w:bCs/>
      <w:color w:val="173B5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ptos Display" w:hAnsi="Aptos Display" w:asciiTheme="majorHAnsi" w:hAnsiTheme="majorHAnsi" w:eastAsiaTheme="majorEastAsia" w:cstheme="majorBidi"/>
      <w:b/>
      <w:bCs/>
      <w:color w:val="177C86"/>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ptos Display" w:hAnsi="Aptos Display" w:asciiTheme="majorHAnsi" w:hAnsiTheme="majorHAnsi" w:eastAsiaTheme="majorEastAsia" w:cstheme="majorBidi"/>
      <w:b/>
      <w:bCs/>
      <w:color w:val="173B5B"/>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keepNext/>
      <w:pBdr>
        <w:bottom w:val="single" w:color="4F81BD" w:themeColor="accent1" w:sz="8" w:space="4"/>
      </w:pBdr>
      <w:spacing w:after="300" w:line="240" w:lineRule="auto"/>
      <w:contextualSpacing/>
    </w:pPr>
    <w:rPr>
      <w:rFonts w:ascii="Aptos Display" w:hAnsi="Aptos Display" w:asciiTheme="majorHAnsi" w:hAnsiTheme="majorHAnsi" w:eastAsiaTheme="majorEastAsia" w:cstheme="majorBidi"/>
      <w:b/>
      <w:color w:val="173B5B"/>
      <w:spacing w:val="5"/>
      <w:kern w:val="28"/>
      <w:sz w:val="38"/>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4.xml" Id="rId13"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customXml" Target="../customXml/item1.xml" Id="rId1" /><Relationship Type="http://schemas.openxmlformats.org/officeDocument/2006/relationships/customXml" Target="../customXml/item2.xml" Id="rId11" /><Relationship Type="http://schemas.openxmlformats.org/officeDocument/2006/relationships/settings" Target="settings.xml" Id="rId5" /><Relationship Type="http://schemas.openxmlformats.org/officeDocument/2006/relationships/footer" Target="footer1.xml" Id="rId10" /><Relationship Type="http://schemas.microsoft.com/office/2007/relationships/stylesWithEffects" Target="stylesWithEffects.xml" Id="rId4" /><Relationship Type="http://schemas.openxmlformats.org/officeDocument/2006/relationships/header" Target="header1.xml" Id="rId9" /></Relationships>
</file>

<file path=word/_rels/footer1.xml.rels>&#65279;<?xml version="1.0" encoding="utf-8"?><Relationships xmlns="http://schemas.openxmlformats.org/package/2006/relationships"><Relationship Type="http://schemas.openxmlformats.org/officeDocument/2006/relationships/image" Target="/media/image2.png" Id="rId2077123084" /></Relationships>
</file>

<file path=word/_rels/header1.xml.rels>&#65279;<?xml version="1.0" encoding="utf-8"?><Relationships xmlns="http://schemas.openxmlformats.org/package/2006/relationships"><Relationship Type="http://schemas.openxmlformats.org/officeDocument/2006/relationships/image" Target="/media/image.png" Id="rId98235021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00C4DE2EC01724A8EBDFF4B87388E52" ma:contentTypeVersion="16" ma:contentTypeDescription="Een nieuw document maken." ma:contentTypeScope="" ma:versionID="c88cb64d34d9ec7e9b465326d1bd9cf1">
  <xsd:schema xmlns:xsd="http://www.w3.org/2001/XMLSchema" xmlns:xs="http://www.w3.org/2001/XMLSchema" xmlns:p="http://schemas.microsoft.com/office/2006/metadata/properties" xmlns:ns1="http://schemas.microsoft.com/sharepoint/v3" xmlns:ns2="55db3550-810d-4094-87d8-e368b4e375cf" xmlns:ns3="24348d06-3934-48e6-8170-4fd404e66a7e" targetNamespace="http://schemas.microsoft.com/office/2006/metadata/properties" ma:root="true" ma:fieldsID="9cd20b180a3cf1514b5abf44ba434cb4" ns1:_="" ns2:_="" ns3:_="">
    <xsd:import namespace="http://schemas.microsoft.com/sharepoint/v3"/>
    <xsd:import namespace="55db3550-810d-4094-87d8-e368b4e375cf"/>
    <xsd:import namespace="24348d06-3934-48e6-8170-4fd404e66a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Eigenschappen van het geïntegreerd beleid voor naleving" ma:hidden="true" ma:internalName="_ip_UnifiedCompliancePolicyProperties">
      <xsd:simpleType>
        <xsd:restriction base="dms:Note"/>
      </xsd:simpleType>
    </xsd:element>
    <xsd:element name="_ip_UnifiedCompliancePolicyUIAction" ma:index="21"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db3550-810d-4094-87d8-e368b4e375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6645cc7-cbaf-4e05-b1bf-d505ec40aaa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348d06-3934-48e6-8170-4fd404e66a7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ee8daa2-35b2-485b-88c4-f5ab25b107c8}" ma:internalName="TaxCatchAll" ma:showField="CatchAllData" ma:web="24348d06-3934-48e6-8170-4fd404e66a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4348d06-3934-48e6-8170-4fd404e66a7e" xsi:nil="true"/>
    <_ip_UnifiedCompliancePolicyUIAction xmlns="http://schemas.microsoft.com/sharepoint/v3" xsi:nil="true"/>
    <_ip_UnifiedCompliancePolicyProperties xmlns="http://schemas.microsoft.com/sharepoint/v3" xsi:nil="true"/>
    <lcf76f155ced4ddcb4097134ff3c332f xmlns="55db3550-810d-4094-87d8-e368b4e375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952E9D5-2A90-4B32-8346-9C530E0DBAFC}"/>
</file>

<file path=customXml/itemProps3.xml><?xml version="1.0" encoding="utf-8"?>
<ds:datastoreItem xmlns:ds="http://schemas.openxmlformats.org/officeDocument/2006/customXml" ds:itemID="{378E95D1-E71C-45FA-87F5-CABFC657713C}"/>
</file>

<file path=customXml/itemProps4.xml><?xml version="1.0" encoding="utf-8"?>
<ds:datastoreItem xmlns:ds="http://schemas.openxmlformats.org/officeDocument/2006/customXml" ds:itemID="{F68ADE00-2F81-49BF-B6C1-52B94BFC497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Modelprojectsamenvatting adviesvoucher Defensie-innovatie Flevoland</dc:title>
  <dc:subject/>
  <dc:creator>Bart Visscher</dc:creator>
  <cp:keywords/>
  <dc:description>generated by python-docx</dc:description>
  <cp:lastModifiedBy>Bart Visscher</cp:lastModifiedBy>
  <cp:revision>3</cp:revision>
  <dcterms:created xsi:type="dcterms:W3CDTF">2026-10-06T10:03:02Z</dcterms:created>
  <dcterms:modified xsi:type="dcterms:W3CDTF">2026-10-06T10:52:54Z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0x010100600C4DE2EC01724A8EBDFF4B87388E52</vt:lpwstr>
  </property>
</Properties>
</file>