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P="31DC5E6B" w14:paraId="7F17982D" wp14:textId="77777777">
      <w:pPr>
        <w:pStyle w:val="Title"/>
        <w:jc w:val="center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MODELPROJECTSAMENVATTING INNOVATIEVOUCHER</w:t>
      </w:r>
      <w:r>
        <w:br/>
      </w:r>
      <w:r w:rsidRPr="31DC5E6B" w:rsidR="31DC5E6B">
        <w:rPr>
          <w:rFonts w:ascii="Fira Sans" w:hAnsi="Fira Sans" w:eastAsia="Fira Sans" w:cs="Fira Sans"/>
          <w:noProof w:val="0"/>
          <w:lang w:val="nl-NL"/>
        </w:rPr>
        <w:t>DEFENSIE-INNOVATIE FLEVOLAND</w:t>
      </w:r>
    </w:p>
    <w:tbl>
      <w:tblPr>
        <w:tblW w:w="0" w:type="auto"/>
        <w:jc w:val="center"/>
        <w:tblLook w:val="04A0" w:firstRow="1" w:lastRow="0" w:firstColumn="1" w:lastColumn="0" w:noHBand="0" w:noVBand="1"/>
        <w:tblBorders>
          <w:top w:val="single" w:color="B8C9CE" w:sz="4"/>
          <w:left w:val="single" w:color="B8C9CE" w:sz="4"/>
          <w:bottom w:val="single" w:color="B8C9CE" w:sz="4"/>
          <w:right w:val="single" w:color="B8C9CE" w:sz="4"/>
          <w:insideH w:val="single" w:color="B8C9CE" w:sz="4"/>
          <w:insideV w:val="single" w:color="B8C9CE" w:sz="4"/>
        </w:tblBorders>
      </w:tblPr>
      <w:tblGrid>
        <w:gridCol w:w="10312"/>
      </w:tblGrid>
      <w:tr xmlns:wp14="http://schemas.microsoft.com/office/word/2010/wordml" w:rsidTr="31DC5E6B" w14:paraId="17F0B7B8" wp14:textId="77777777">
        <w:trPr>
          <w:cantSplit/>
          <w:cantSplit/>
        </w:trPr>
        <w:tc>
          <w:tcPr>
            <w:tcW w:w="10312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7A9D5942" wp14:textId="77777777">
            <w:pPr>
              <w:spacing w:after="0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20"/>
                <w:szCs w:val="20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20"/>
                <w:szCs w:val="20"/>
                <w:lang w:val="nl-NL"/>
              </w:rPr>
              <w:t>Modelprojectsamenvatting innovatievoucher</w:t>
            </w:r>
          </w:p>
        </w:tc>
      </w:tr>
      <w:tr xmlns:wp14="http://schemas.microsoft.com/office/word/2010/wordml" w:rsidTr="31DC5E6B" w14:paraId="41D3BEB7" wp14:textId="77777777">
        <w:trPr>
          <w:cantSplit/>
        </w:trPr>
        <w:tc>
          <w:tcPr>
            <w:tcW w:w="1031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54955ED9" wp14:textId="3CFD0D2E">
            <w:pPr>
              <w:spacing w:after="0"/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>Geachte aanvrager,</w:t>
            </w:r>
            <w:r>
              <w:br/>
            </w:r>
            <w:r>
              <w:br/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>Deze projectsamenvatting is een verplichte bijlage bij uw aanvraag voor een innovatievoucher Defensie-innovatie Flevoland. De innovatievoucher is bedoeld voor het testen, valideren of demonstreren van een civiele innovatie in een defensie- of veiligheidscontext.</w:t>
            </w:r>
            <w:r>
              <w:br/>
            </w:r>
            <w:r>
              <w:br/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 xml:space="preserve">Vul alle onderdelen concreet en volledig in. Zorg dat de informatie aansluit op de projectbegroting. De aanvraag wordt beoordeeld op de bijdrage aan de 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>Roadmap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 xml:space="preserve"> Defensie-innovatie Flevoland, de bijdrage aan een 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>dual-use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 xml:space="preserve"> toepassing, de kwaliteit van de aanvraag, de haalbaarheid in tijd, personen en middelen en, indien van toepassing, de 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>passendheid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sz w:val="18"/>
                <w:szCs w:val="18"/>
                <w:lang w:val="nl-NL"/>
              </w:rPr>
              <w:t xml:space="preserve"> van een externe partij.</w:t>
            </w:r>
          </w:p>
        </w:tc>
      </w:tr>
    </w:tbl>
    <w:p xmlns:wp14="http://schemas.microsoft.com/office/word/2010/wordml" w:rsidP="31DC5E6B" w14:paraId="7FE89E55" wp14:textId="77777777">
      <w:pPr>
        <w:pStyle w:val="Heading1"/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>1. Projectbeschrijving</w:t>
      </w:r>
    </w:p>
    <w:p xmlns:wp14="http://schemas.microsoft.com/office/word/2010/wordml" w:rsidP="31DC5E6B" w14:paraId="6FBB6F31" wp14:textId="33136574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 xml:space="preserve">1.1 </w:t>
      </w:r>
      <w:r w:rsidRPr="31DC5E6B" w:rsidR="1C564EF4">
        <w:rPr>
          <w:rFonts w:ascii="Fira Sans" w:hAnsi="Fira Sans" w:eastAsia="Fira Sans" w:cs="Fira Sans"/>
          <w:noProof w:val="0"/>
          <w:lang w:val="nl-NL"/>
        </w:rPr>
        <w:t>P</w:t>
      </w:r>
      <w:r w:rsidRPr="31DC5E6B" w:rsidR="31DC5E6B">
        <w:rPr>
          <w:rFonts w:ascii="Fira Sans" w:hAnsi="Fira Sans" w:eastAsia="Fira Sans" w:cs="Fira Sans"/>
          <w:noProof w:val="0"/>
          <w:lang w:val="nl-NL"/>
        </w:rPr>
        <w:t>rojecttitel</w:t>
      </w:r>
    </w:p>
    <w:p xmlns:wp14="http://schemas.microsoft.com/office/word/2010/wordml" w:rsidP="31DC5E6B" w14:paraId="01AB42BC" wp14:textId="1C15F0AF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 xml:space="preserve">Geef de titel van het project. </w:t>
      </w:r>
    </w:p>
    <w:p xmlns:wp14="http://schemas.microsoft.com/office/word/2010/wordml" w:rsidP="31DC5E6B" w14:paraId="50617278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672A6659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>
        <w:rPr>
          <w:rFonts w:ascii="Fira Sans" w:hAnsi="Fira Sans" w:eastAsia="Fira Sans" w:cs="Fira Sans"/>
          <w:noProof w:val="0"/>
          <w:lang w:val="nl-NL"/>
        </w:rPr>
        <w:br w:type="page"/>
      </w:r>
    </w:p>
    <w:p xmlns:wp14="http://schemas.microsoft.com/office/word/2010/wordml" w:rsidP="31DC5E6B" w14:paraId="43514E10" wp14:textId="77777777">
      <w:pPr>
        <w:pStyle w:val="Heading1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2. Aansluiting op de Roadmap Defensie-innovatie Flevoland</w:t>
      </w:r>
    </w:p>
    <w:p xmlns:wp14="http://schemas.microsoft.com/office/word/2010/wordml" w:rsidP="31DC5E6B" w14:paraId="1875BFD7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>2.1 Defensie-innovatieopgave</w:t>
      </w:r>
    </w:p>
    <w:p xmlns:wp14="http://schemas.microsoft.com/office/word/2010/wordml" w:rsidP="31DC5E6B" w14:paraId="5C284F24" wp14:textId="040F971E">
      <w:pPr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>Geef aan op welke opgave of opgaven het project betrekking heeft.</w:t>
      </w:r>
      <w:r w:rsidRPr="6EBF3FB4" w:rsidR="33349F23">
        <w:rPr>
          <w:rFonts w:ascii="Fira Sans" w:hAnsi="Fira Sans" w:eastAsia="Fira Sans" w:cs="Fira Sans"/>
          <w:noProof w:val="0"/>
          <w:lang w:val="nl-NL"/>
        </w:rPr>
        <w:t xml:space="preserve"> Er zijn meerdere antwoorden mogelijk.</w:t>
      </w:r>
    </w:p>
    <w:p xmlns:wp14="http://schemas.microsoft.com/office/word/2010/wordml" w:rsidP="31DC5E6B" w14:paraId="6F68ACC3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Waarnemen</w:t>
      </w:r>
    </w:p>
    <w:p xmlns:wp14="http://schemas.microsoft.com/office/word/2010/wordml" w:rsidP="31DC5E6B" w14:paraId="0C96795E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Onbemande en autonome systemen</w:t>
      </w:r>
    </w:p>
    <w:p xmlns:wp14="http://schemas.microsoft.com/office/word/2010/wordml" w:rsidP="31DC5E6B" w14:paraId="5D6ACDAE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Instandhouding en logistiek</w:t>
      </w:r>
    </w:p>
    <w:p xmlns:wp14="http://schemas.microsoft.com/office/word/2010/wordml" w:rsidP="31DC5E6B" w14:paraId="5521421B" wp14:textId="77777777">
      <w:pPr/>
      <w:r w:rsidRPr="6EBF3FB4" w:rsidR="31DC5E6B">
        <w:rPr>
          <w:rFonts w:ascii="Fira Sans" w:hAnsi="Fira Sans" w:eastAsia="Fira Sans" w:cs="Fira Sans"/>
          <w:noProof w:val="0"/>
          <w:lang w:val="nl-NL"/>
        </w:rPr>
        <w:t>☐ Weerbaarheid en energiezekerheid</w:t>
      </w:r>
    </w:p>
    <w:p w:rsidR="00CDFA21" w:rsidP="6EBF3FB4" w:rsidRDefault="00CDFA21" w14:paraId="2245F406" w14:textId="417639EA">
      <w:pPr>
        <w:pStyle w:val="Normal"/>
        <w:suppressLineNumbers w:val="0"/>
        <w:bidi w:val="0"/>
        <w:spacing w:before="0" w:beforeAutospacing="off" w:after="70" w:afterAutospacing="off" w:line="250" w:lineRule="auto"/>
        <w:ind w:left="0" w:right="0"/>
        <w:jc w:val="left"/>
        <w:rPr>
          <w:rFonts w:ascii="Fira Sans" w:hAnsi="Fira Sans" w:eastAsia="Fira Sans" w:cs="Fira Sans"/>
          <w:noProof w:val="0"/>
          <w:lang w:val="nl-NL"/>
        </w:rPr>
      </w:pPr>
      <w:r w:rsidRPr="6EBF3FB4" w:rsidR="00CDFA21">
        <w:rPr>
          <w:rFonts w:ascii="Fira Sans" w:hAnsi="Fira Sans" w:eastAsia="Fira Sans" w:cs="Fira Sans"/>
          <w:noProof w:val="0"/>
          <w:lang w:val="nl-NL"/>
        </w:rPr>
        <w:t xml:space="preserve">☐ Anders </w:t>
      </w:r>
      <w:r w:rsidRPr="6EBF3FB4" w:rsidR="00CDFA21">
        <w:rPr>
          <w:rFonts w:ascii="Fira Sans" w:hAnsi="Fira Sans" w:eastAsia="Fira Sans" w:cs="Fira Sans"/>
          <w:noProof w:val="0"/>
          <w:lang w:val="nl-NL"/>
        </w:rPr>
        <w:t>namelijk:</w:t>
      </w:r>
    </w:p>
    <w:p w:rsidR="6EBF3FB4" w:rsidP="6EBF3FB4" w:rsidRDefault="6EBF3FB4" w14:paraId="751F4264" w14:textId="78E3F6D6">
      <w:pPr>
        <w:rPr>
          <w:rFonts w:ascii="Fira Sans" w:hAnsi="Fira Sans" w:eastAsia="Fira Sans" w:cs="Fira Sans"/>
          <w:noProof w:val="0"/>
          <w:lang w:val="nl-NL"/>
        </w:rPr>
      </w:pPr>
    </w:p>
    <w:p xmlns:wp14="http://schemas.microsoft.com/office/word/2010/wordml" w:rsidP="31DC5E6B" w14:paraId="2D78FDBD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2.2 Flevolands innovatief economisch ecosysteem</w:t>
      </w:r>
    </w:p>
    <w:p xmlns:wp14="http://schemas.microsoft.com/office/word/2010/wordml" w:rsidP="31DC5E6B" w14:paraId="4E509AFE" wp14:textId="1E3EDCE6">
      <w:pPr>
        <w:pStyle w:val="Normal"/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 xml:space="preserve">Geef aan binnen </w:t>
      </w:r>
      <w:r w:rsidRPr="6EBF3FB4" w:rsidR="31DC5E6B">
        <w:rPr>
          <w:rFonts w:ascii="Fira Sans" w:hAnsi="Fira Sans" w:eastAsia="Fira Sans" w:cs="Fira Sans"/>
          <w:noProof w:val="0"/>
          <w:lang w:val="nl-NL"/>
        </w:rPr>
        <w:t xml:space="preserve">welk </w:t>
      </w:r>
      <w:r w:rsidRPr="6EBF3FB4" w:rsidR="5901117E">
        <w:rPr>
          <w:rFonts w:ascii="Fira Sans" w:hAnsi="Fira Sans" w:eastAsia="Fira Sans" w:cs="Fira Sans"/>
          <w:noProof w:val="0"/>
          <w:lang w:val="nl-NL"/>
        </w:rPr>
        <w:t>innovatief</w:t>
      </w:r>
      <w:r w:rsidRPr="6EBF3FB4" w:rsidR="5901117E">
        <w:rPr>
          <w:rFonts w:ascii="Fira Sans" w:hAnsi="Fira Sans" w:eastAsia="Fira Sans" w:cs="Fira Sans"/>
          <w:noProof w:val="0"/>
          <w:lang w:val="nl-NL"/>
        </w:rPr>
        <w:t xml:space="preserve"> economisch ecosysteem </w:t>
      </w:r>
      <w:r w:rsidRPr="6EBF3FB4" w:rsidR="31DC5E6B">
        <w:rPr>
          <w:rFonts w:ascii="Fira Sans" w:hAnsi="Fira Sans" w:eastAsia="Fira Sans" w:cs="Fira Sans"/>
          <w:noProof w:val="0"/>
          <w:lang w:val="nl-NL"/>
        </w:rPr>
        <w:t>of welke ecosystemen het project valt.</w:t>
      </w:r>
      <w:r w:rsidRPr="6EBF3FB4" w:rsidR="32733A28">
        <w:rPr>
          <w:rFonts w:ascii="Fira Sans" w:hAnsi="Fira Sans" w:eastAsia="Fira Sans" w:cs="Fira Sans"/>
          <w:noProof w:val="0"/>
          <w:lang w:val="nl-NL"/>
        </w:rPr>
        <w:t xml:space="preserve"> Er zijn meerdere antwoorden mogelijk</w:t>
      </w:r>
      <w:r w:rsidRPr="6EBF3FB4" w:rsidR="073B6805">
        <w:rPr>
          <w:rFonts w:ascii="Fira Sans" w:hAnsi="Fira Sans" w:eastAsia="Fira Sans" w:cs="Fira Sans"/>
          <w:noProof w:val="0"/>
          <w:lang w:val="nl-NL"/>
        </w:rPr>
        <w:t>.</w:t>
      </w:r>
    </w:p>
    <w:p xmlns:wp14="http://schemas.microsoft.com/office/word/2010/wordml" w:rsidP="31DC5E6B" w14:paraId="6CBB5368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Hightech en maakindustrie</w:t>
      </w:r>
    </w:p>
    <w:p xmlns:wp14="http://schemas.microsoft.com/office/word/2010/wordml" w:rsidP="31DC5E6B" w14:paraId="395F9424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Slimme mobiliteit</w:t>
      </w:r>
    </w:p>
    <w:p xmlns:wp14="http://schemas.microsoft.com/office/word/2010/wordml" w:rsidP="31DC5E6B" w14:paraId="2D2DFB85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Maritiem</w:t>
      </w:r>
    </w:p>
    <w:p xmlns:wp14="http://schemas.microsoft.com/office/word/2010/wordml" w:rsidP="31DC5E6B" w14:paraId="29F9147E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Agritech</w:t>
      </w:r>
    </w:p>
    <w:p xmlns:wp14="http://schemas.microsoft.com/office/word/2010/wordml" w:rsidP="31DC5E6B" w14:paraId="1937D05A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Energie</w:t>
      </w:r>
    </w:p>
    <w:p xmlns:wp14="http://schemas.microsoft.com/office/word/2010/wordml" w:rsidP="31DC5E6B" w14:paraId="25A0C17F" wp14:textId="56149914">
      <w:pPr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>☐ Cross-over tussen meerdere ecosystemen</w:t>
      </w:r>
      <w:r w:rsidRPr="6EBF3FB4" w:rsidR="382B7D97">
        <w:rPr>
          <w:rFonts w:ascii="Fira Sans" w:hAnsi="Fira Sans" w:eastAsia="Fira Sans" w:cs="Fira Sans"/>
          <w:noProof w:val="0"/>
          <w:lang w:val="nl-NL"/>
        </w:rPr>
        <w:t xml:space="preserve">, </w:t>
      </w:r>
      <w:r w:rsidRPr="6EBF3FB4" w:rsidR="147EA613">
        <w:rPr>
          <w:rFonts w:ascii="Fira Sans" w:hAnsi="Fira Sans" w:eastAsia="Fira Sans" w:cs="Fira Sans"/>
          <w:noProof w:val="0"/>
          <w:lang w:val="nl-NL"/>
        </w:rPr>
        <w:t>namelijk:</w:t>
      </w:r>
    </w:p>
    <w:p xmlns:wp14="http://schemas.microsoft.com/office/word/2010/wordml" w:rsidP="31DC5E6B" w14:paraId="3037CB16" wp14:textId="57B6AFA2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>2.3 Aansluitin</w:t>
      </w:r>
      <w:r w:rsidRPr="6EBF3FB4" w:rsidR="7C51FE9D">
        <w:rPr>
          <w:rFonts w:ascii="Fira Sans" w:hAnsi="Fira Sans" w:eastAsia="Fira Sans" w:cs="Fira Sans"/>
          <w:noProof w:val="0"/>
          <w:lang w:val="nl-NL"/>
        </w:rPr>
        <w:t>g</w:t>
      </w:r>
    </w:p>
    <w:p xmlns:wp14="http://schemas.microsoft.com/office/word/2010/wordml" w:rsidP="31DC5E6B" w14:paraId="1E1DE33E" wp14:textId="77777777">
      <w:pPr>
        <w:pStyle w:val="Heading3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a. Aansluiting op de opgave</w:t>
      </w:r>
    </w:p>
    <w:p xmlns:wp14="http://schemas.microsoft.com/office/word/2010/wordml" w:rsidP="31DC5E6B" w14:paraId="30C90FBF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Waarom past het project binnen de geselecteerde defensie-innovatieopgave? Beschrijf de concrete defensie- of veiligheidsbehoefte, het probleem of de gebruikerswaarde.</w:t>
      </w:r>
    </w:p>
    <w:p xmlns:wp14="http://schemas.microsoft.com/office/word/2010/wordml" w:rsidP="31DC5E6B" w14:paraId="489EA18D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743DC06A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079AD7FB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3996A0E5" wp14:textId="77777777">
      <w:pPr>
        <w:pStyle w:val="Heading3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b. Versterking van Flevoland</w:t>
      </w:r>
    </w:p>
    <w:p xmlns:wp14="http://schemas.microsoft.com/office/word/2010/wordml" w:rsidP="31DC5E6B" w14:paraId="0AA3B747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Hoe versterkt het project het Flevolandse bedrijfsleven en het geselecteerde ecosysteem? Beschrijf ook waar de activiteiten en resultaten in Flevoland neerslaan.</w:t>
      </w:r>
    </w:p>
    <w:p xmlns:wp14="http://schemas.microsoft.com/office/word/2010/wordml" w:rsidP="31DC5E6B" w14:paraId="5D77C404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6080BBC4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779832DE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6A05A809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>
        <w:rPr>
          <w:rFonts w:ascii="Fira Sans" w:hAnsi="Fira Sans" w:eastAsia="Fira Sans" w:cs="Fira Sans"/>
          <w:noProof w:val="0"/>
          <w:lang w:val="nl-NL"/>
        </w:rPr>
        <w:br w:type="page"/>
      </w:r>
    </w:p>
    <w:p xmlns:wp14="http://schemas.microsoft.com/office/word/2010/wordml" w:rsidP="31DC5E6B" w14:paraId="7480958E" wp14:textId="77777777">
      <w:pPr>
        <w:pStyle w:val="Heading1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3. Dual-use toepassing en kwaliteit</w:t>
      </w:r>
    </w:p>
    <w:p xmlns:wp14="http://schemas.microsoft.com/office/word/2010/wordml" w:rsidP="31DC5E6B" w14:paraId="0802D57F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3.1 Civiele innovatie</w:t>
      </w:r>
    </w:p>
    <w:p xmlns:wp14="http://schemas.microsoft.com/office/word/2010/wordml" w:rsidP="31DC5E6B" w14:paraId="54D3141D" wp14:textId="77777777">
      <w:pPr>
        <w:pStyle w:val="Heading3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a. Bestaande innovatie</w:t>
      </w:r>
    </w:p>
    <w:p xmlns:wp14="http://schemas.microsoft.com/office/word/2010/wordml" w:rsidP="31DC5E6B" w14:paraId="3545551E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Beschrijf het bestaande civiele product, de dienst, het proces, de software of de technologie. Wat is al ontwikkeld en toegepast?</w:t>
      </w:r>
    </w:p>
    <w:p xmlns:wp14="http://schemas.microsoft.com/office/word/2010/wordml" w:rsidP="31DC5E6B" w14:paraId="59CDFDE9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35C518CD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13CA6C64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058C4AA7" wp14:textId="77777777">
      <w:pPr>
        <w:pStyle w:val="Heading3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b. Defensie- of veiligheidstoepassing</w:t>
      </w:r>
    </w:p>
    <w:p xmlns:wp14="http://schemas.microsoft.com/office/word/2010/wordml" w:rsidP="31DC5E6B" w14:paraId="438BC491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Beschrijf de beoogde toepassing, de relevante eindgebruiker en de concrete behoefte of gebruikerswaarde. Licht toe waarom sprake is van een dual-use toepassing.</w:t>
      </w:r>
    </w:p>
    <w:p xmlns:wp14="http://schemas.microsoft.com/office/word/2010/wordml" w:rsidP="31DC5E6B" w14:paraId="6BC22EF2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1F721CD4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246987A0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3881B332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7C1BB3CE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3.2 Huidige stand en beoogd eindresultaat</w:t>
      </w:r>
    </w:p>
    <w:p xmlns:wp14="http://schemas.microsoft.com/office/word/2010/wordml" w:rsidP="31DC5E6B" w14:paraId="156A13DB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Beschrijf wat al is aangetoond, welke onzekerheden nog bestaan en wat aan het einde van het voucherproject concreet moet zijn getest, gevalideerd of gedemonstreerd. Maak het resultaat waar mogelijk meetbaar.</w:t>
      </w:r>
    </w:p>
    <w:p xmlns:wp14="http://schemas.microsoft.com/office/word/2010/wordml" w:rsidP="31DC5E6B" w14:paraId="679DC1D4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2411E7B3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79932951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49871F4A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2A8432C3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6A684309" wp14:textId="12DAD4BF">
      <w:pPr>
        <w:pStyle w:val="Heading1"/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 xml:space="preserve">4. Haalbaarheid </w:t>
      </w:r>
    </w:p>
    <w:p xmlns:wp14="http://schemas.microsoft.com/office/word/2010/wordml" w:rsidP="31DC5E6B" w14:paraId="5E62B10A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4.1 Besteding van de innovatievoucher</w:t>
      </w:r>
    </w:p>
    <w:p xmlns:wp14="http://schemas.microsoft.com/office/word/2010/wordml" w:rsidP="31DC5E6B" w14:paraId="56928148" wp14:textId="776E80FA">
      <w:pPr>
        <w:rPr>
          <w:rFonts w:ascii="Fira Sans" w:hAnsi="Fira Sans" w:eastAsia="Fira Sans" w:cs="Fira Sans"/>
          <w:noProof w:val="0"/>
          <w:lang w:val="nl-NL"/>
        </w:rPr>
      </w:pPr>
      <w:r w:rsidRPr="6EBF3FB4" w:rsidR="232D6BAD">
        <w:rPr>
          <w:rFonts w:ascii="Fira Sans" w:hAnsi="Fira Sans" w:eastAsia="Fira Sans" w:cs="Fira Sans"/>
          <w:noProof w:val="0"/>
          <w:lang w:val="nl-NL"/>
        </w:rPr>
        <w:t xml:space="preserve">Beschrijf waarvoor u de innovatievoucher wilt inzetten. Maak duidelijk welke concrete activiteiten en kosten met de voucher worden gefinancierd en waarom deze noodzakelijk zijn voor de uitvoering van het </w:t>
      </w:r>
      <w:r w:rsidRPr="6EBF3FB4" w:rsidR="232D6BAD">
        <w:rPr>
          <w:rFonts w:ascii="Fira Sans" w:hAnsi="Fira Sans" w:eastAsia="Fira Sans" w:cs="Fira Sans"/>
          <w:noProof w:val="0"/>
          <w:lang w:val="nl-NL"/>
        </w:rPr>
        <w:t>project.</w:t>
      </w:r>
      <w:r w:rsidRPr="6EBF3FB4" w:rsidR="31DC5E6B">
        <w:rPr>
          <w:rFonts w:ascii="Fira Sans" w:hAnsi="Fira Sans" w:eastAsia="Fira Sans" w:cs="Fira Sans"/>
          <w:noProof w:val="0"/>
          <w:lang w:val="nl-NL"/>
        </w:rPr>
        <w:t xml:space="preserve"> Voor de innovatievoucher bedraagt de subsidie maximaal € 50.000 en maximaal 75% van de goedgekeurde projectbegroting.</w:t>
      </w:r>
    </w:p>
    <w:p xmlns:wp14="http://schemas.microsoft.com/office/word/2010/wordml" w:rsidP="31DC5E6B" w14:paraId="7C35505B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0F9B2951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22933664" wp14:textId="77777777">
      <w:pPr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..........................................................................................................................................................</w:t>
      </w:r>
    </w:p>
    <w:p xmlns:wp14="http://schemas.microsoft.com/office/word/2010/wordml" w:rsidP="31DC5E6B" w14:paraId="1CFFAFD6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4.2 Activiteiten, planning en mijlpalen</w:t>
      </w:r>
    </w:p>
    <w:tbl>
      <w:tblPr>
        <w:tblW w:w="8248" w:type="dxa"/>
        <w:jc w:val="center"/>
        <w:tblLayout w:type="fixed"/>
        <w:tblLook w:val="04A0" w:firstRow="1" w:lastRow="0" w:firstColumn="1" w:lastColumn="0" w:noHBand="0" w:noVBand="1"/>
        <w:tblBorders>
          <w:top w:val="single" w:color="B8C9CE" w:sz="4"/>
          <w:left w:val="single" w:color="B8C9CE" w:sz="4"/>
          <w:bottom w:val="single" w:color="B8C9CE" w:sz="4"/>
          <w:right w:val="single" w:color="B8C9CE" w:sz="4"/>
          <w:insideH w:val="single" w:color="B8C9CE" w:sz="4"/>
          <w:insideV w:val="single" w:color="B8C9CE" w:sz="4"/>
        </w:tblBorders>
      </w:tblPr>
      <w:tblGrid>
        <w:gridCol w:w="2062"/>
        <w:gridCol w:w="2062"/>
        <w:gridCol w:w="2062"/>
        <w:gridCol w:w="2062"/>
      </w:tblGrid>
      <w:tr xmlns:wp14="http://schemas.microsoft.com/office/word/2010/wordml" w:rsidTr="31DC5E6B" w14:paraId="1842D896" wp14:textId="77777777">
        <w:trPr>
          <w:tblHeader w:val="true"/>
          <w:cantSplit/>
          <w:cantSplit/>
          <w:trHeight w:val="300"/>
        </w:trPr>
        <w:tc>
          <w:tcPr>
            <w:tcW w:w="2062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2EF76F2" wp14:textId="77777777">
            <w:pPr>
              <w:spacing w:after="0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16"/>
                <w:szCs w:val="16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16"/>
                <w:szCs w:val="16"/>
                <w:lang w:val="nl-NL"/>
              </w:rPr>
              <w:t>Fase/activiteit</w:t>
            </w:r>
          </w:p>
        </w:tc>
        <w:tc>
          <w:tcPr>
            <w:tcW w:w="2062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6917F739" wp14:textId="77777777">
            <w:pPr>
              <w:spacing w:after="0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16"/>
                <w:szCs w:val="16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16"/>
                <w:szCs w:val="16"/>
                <w:lang w:val="nl-NL"/>
              </w:rPr>
              <w:t>Uitvoerder</w:t>
            </w:r>
          </w:p>
        </w:tc>
        <w:tc>
          <w:tcPr>
            <w:tcW w:w="2062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652A1344" wp14:textId="77777777">
            <w:pPr>
              <w:spacing w:after="0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16"/>
                <w:szCs w:val="16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16"/>
                <w:szCs w:val="16"/>
                <w:lang w:val="nl-NL"/>
              </w:rPr>
              <w:t>Start- en einddatum</w:t>
            </w:r>
          </w:p>
        </w:tc>
        <w:tc>
          <w:tcPr>
            <w:tcW w:w="2062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764FC59A" wp14:textId="77777777">
            <w:pPr>
              <w:spacing w:after="0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16"/>
                <w:szCs w:val="16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16"/>
                <w:szCs w:val="16"/>
                <w:lang w:val="nl-NL"/>
              </w:rPr>
              <w:t>Mijlpaal/resultaat</w:t>
            </w:r>
          </w:p>
        </w:tc>
      </w:tr>
      <w:tr xmlns:wp14="http://schemas.microsoft.com/office/word/2010/wordml" w:rsidTr="31DC5E6B" w14:paraId="41C8F396" wp14:textId="77777777">
        <w:trPr>
          <w:cantSplit/>
          <w:cantSplit/>
          <w:trHeight w:val="300"/>
        </w:trPr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72A3D3EC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0D0B940D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0E27B00A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44EAFD9C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4B94D5A5" wp14:textId="77777777">
        <w:trPr>
          <w:cantSplit/>
          <w:cantSplit/>
          <w:trHeight w:val="300"/>
        </w:trPr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DEEC669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656B9AB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45FB0818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53128261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62486C05" wp14:textId="77777777">
        <w:trPr>
          <w:cantSplit/>
          <w:cantSplit/>
          <w:trHeight w:val="300"/>
        </w:trPr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4101652C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4B99056E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1299C43A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461D779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3CF2D8B6" wp14:textId="77777777">
        <w:trPr>
          <w:cantSplit/>
          <w:cantSplit/>
          <w:trHeight w:val="300"/>
        </w:trPr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0FB78278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1FC39945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0562CB0E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62EBF3C5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6D98A12B" wp14:textId="77777777">
        <w:trPr>
          <w:cantSplit/>
          <w:cantSplit/>
          <w:trHeight w:val="300"/>
        </w:trPr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2946DB82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5997CC1D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110FFD37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062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FE9F23F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</w:tbl>
    <w:p xmlns:wp14="http://schemas.microsoft.com/office/word/2010/wordml" w:rsidP="31DC5E6B" w14:paraId="1F72F646" wp14:textId="77777777">
      <w:pPr>
        <w:spacing w:after="0"/>
        <w:rPr>
          <w:rFonts w:ascii="Fira Sans" w:hAnsi="Fira Sans" w:eastAsia="Fira Sans" w:cs="Fira Sans"/>
          <w:noProof w:val="0"/>
          <w:lang w:val="nl-NL"/>
        </w:rPr>
      </w:pPr>
    </w:p>
    <w:p xmlns:wp14="http://schemas.microsoft.com/office/word/2010/wordml" w:rsidP="31DC5E6B" w14:paraId="36FD51F4" wp14:textId="5D85C02D">
      <w:pPr>
        <w:pStyle w:val="Heading1"/>
        <w:rPr>
          <w:rFonts w:ascii="Fira Sans" w:hAnsi="Fira Sans" w:eastAsia="Fira Sans" w:cs="Fira Sans"/>
          <w:noProof w:val="0"/>
          <w:lang w:val="nl-NL"/>
        </w:rPr>
      </w:pPr>
      <w:r w:rsidRPr="6EBF3FB4" w:rsidR="31DC5E6B">
        <w:rPr>
          <w:rFonts w:ascii="Fira Sans" w:hAnsi="Fira Sans" w:eastAsia="Fira Sans" w:cs="Fira Sans"/>
          <w:noProof w:val="0"/>
          <w:lang w:val="nl-NL"/>
        </w:rPr>
        <w:t>5. Middelen, begroting en risico’s</w:t>
      </w:r>
    </w:p>
    <w:p xmlns:wp14="http://schemas.microsoft.com/office/word/2010/wordml" w:rsidP="31DC5E6B" w14:paraId="4181D646" wp14:textId="0242E10C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5.</w:t>
      </w:r>
      <w:r w:rsidRPr="31DC5E6B" w:rsidR="389F4809">
        <w:rPr>
          <w:rFonts w:ascii="Fira Sans" w:hAnsi="Fira Sans" w:eastAsia="Fira Sans" w:cs="Fira Sans"/>
          <w:noProof w:val="0"/>
          <w:lang w:val="nl-NL"/>
        </w:rPr>
        <w:t>1</w:t>
      </w:r>
      <w:r w:rsidRPr="31DC5E6B" w:rsidR="31DC5E6B">
        <w:rPr>
          <w:rFonts w:ascii="Fira Sans" w:hAnsi="Fira Sans" w:eastAsia="Fira Sans" w:cs="Fira Sans"/>
          <w:noProof w:val="0"/>
          <w:lang w:val="nl-NL"/>
        </w:rPr>
        <w:t xml:space="preserve"> Risico’s en beheersmaatregelen</w:t>
      </w:r>
    </w:p>
    <w:tbl>
      <w:tblPr>
        <w:tblW w:w="5156" w:type="dxa"/>
        <w:jc w:val="center"/>
        <w:tblLayout w:type="fixed"/>
        <w:tblLook w:val="04A0" w:firstRow="1" w:lastRow="0" w:firstColumn="1" w:lastColumn="0" w:noHBand="0" w:noVBand="1"/>
        <w:tblBorders>
          <w:top w:val="single" w:color="B8C9CE" w:sz="4"/>
          <w:left w:val="single" w:color="B8C9CE" w:sz="4"/>
          <w:bottom w:val="single" w:color="B8C9CE" w:sz="4"/>
          <w:right w:val="single" w:color="B8C9CE" w:sz="4"/>
          <w:insideH w:val="single" w:color="B8C9CE" w:sz="4"/>
          <w:insideV w:val="single" w:color="B8C9CE" w:sz="4"/>
        </w:tblBorders>
      </w:tblPr>
      <w:tblGrid>
        <w:gridCol w:w="2578"/>
        <w:gridCol w:w="2578"/>
      </w:tblGrid>
      <w:tr xmlns:wp14="http://schemas.microsoft.com/office/word/2010/wordml" w:rsidTr="31DC5E6B" w14:paraId="6C490AB0" wp14:textId="77777777">
        <w:trPr>
          <w:tblHeader w:val="true"/>
          <w:cantSplit/>
          <w:cantSplit/>
          <w:trHeight w:val="300"/>
        </w:trPr>
        <w:tc>
          <w:tcPr>
            <w:tcW w:w="2578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024D84CD" wp14:textId="77777777">
            <w:pPr>
              <w:spacing w:after="0"/>
              <w:jc w:val="both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16"/>
                <w:szCs w:val="16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16"/>
                <w:szCs w:val="16"/>
                <w:lang w:val="nl-NL"/>
              </w:rPr>
              <w:t>Risico</w:t>
            </w:r>
          </w:p>
        </w:tc>
        <w:tc>
          <w:tcPr>
            <w:tcW w:w="2578" w:type="dxa"/>
            <w:shd w:val="clear" w:color="auto" w:fill="173B5B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6CD98EBC" wp14:textId="77777777">
            <w:pPr>
              <w:spacing w:after="0"/>
              <w:jc w:val="both"/>
              <w:rPr>
                <w:rFonts w:ascii="Fira Sans" w:hAnsi="Fira Sans" w:eastAsia="Fira Sans" w:cs="Fira Sans"/>
                <w:b w:val="1"/>
                <w:bCs w:val="1"/>
                <w:noProof w:val="0"/>
                <w:color w:val="FFFFFF" w:themeColor="background1" w:themeTint="FF" w:themeShade="FF"/>
                <w:sz w:val="16"/>
                <w:szCs w:val="16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1"/>
                <w:bCs w:val="1"/>
                <w:noProof w:val="0"/>
                <w:color w:val="FFFFFF"/>
                <w:sz w:val="16"/>
                <w:szCs w:val="16"/>
                <w:lang w:val="nl-NL"/>
              </w:rPr>
              <w:t>Beheersmaatregel</w:t>
            </w:r>
          </w:p>
        </w:tc>
      </w:tr>
      <w:tr xmlns:wp14="http://schemas.microsoft.com/office/word/2010/wordml" w:rsidTr="31DC5E6B" w14:paraId="17AD93B2" wp14:textId="77777777">
        <w:trPr>
          <w:cantSplit/>
          <w:cantSplit/>
          <w:trHeight w:val="300"/>
        </w:trPr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0DE4B5B7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2DBF0D7D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02F2C34E" wp14:textId="77777777">
        <w:trPr>
          <w:cantSplit/>
          <w:cantSplit/>
          <w:trHeight w:val="300"/>
        </w:trPr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680A4E5D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296FEF7D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769D0D3C" wp14:textId="77777777">
        <w:trPr>
          <w:cantSplit/>
          <w:cantSplit/>
          <w:trHeight w:val="300"/>
        </w:trPr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54CD245A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6FEB5B0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  <w:tr xmlns:wp14="http://schemas.microsoft.com/office/word/2010/wordml" w:rsidTr="31DC5E6B" w14:paraId="7196D064" wp14:textId="77777777">
        <w:trPr>
          <w:cantSplit/>
          <w:cantSplit/>
          <w:trHeight w:val="300"/>
        </w:trPr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4FF1C98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  <w:tc>
          <w:tcPr>
            <w:tcW w:w="2578" w:type="dxa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48A21919" wp14:textId="77777777">
            <w:pPr>
              <w:spacing w:after="0"/>
              <w:rPr>
                <w:rFonts w:ascii="Fira Sans" w:hAnsi="Fira Sans" w:eastAsia="Fira Sans" w:cs="Fira Sans"/>
                <w:noProof w:val="0"/>
                <w:lang w:val="nl-NL"/>
              </w:rPr>
            </w:pPr>
            <w:r>
              <w:rPr>
                <w:rFonts w:ascii="Aptos" w:hAnsi="Aptos"/>
                <w:b w:val="0"/>
                <w:sz w:val="16"/>
              </w:rPr>
              <w:br/>
            </w:r>
            <w:r>
              <w:rPr>
                <w:rFonts w:ascii="Aptos" w:hAnsi="Aptos"/>
                <w:b w:val="0"/>
                <w:sz w:val="16"/>
              </w:rPr>
              <w:br/>
            </w:r>
          </w:p>
        </w:tc>
      </w:tr>
    </w:tbl>
    <w:p xmlns:wp14="http://schemas.microsoft.com/office/word/2010/wordml" w14:paraId="238601FE" wp14:textId="12048C56"/>
    <w:p xmlns:wp14="http://schemas.microsoft.com/office/word/2010/wordml" w:rsidP="31DC5E6B" w14:paraId="0F3CABC7" wp14:textId="77777777">
      <w:pPr>
        <w:spacing w:after="0"/>
        <w:rPr>
          <w:rFonts w:ascii="Fira Sans" w:hAnsi="Fira Sans" w:eastAsia="Fira Sans" w:cs="Fira Sans"/>
          <w:noProof w:val="0"/>
          <w:lang w:val="nl-NL"/>
        </w:rPr>
      </w:pPr>
    </w:p>
    <w:p xmlns:wp14="http://schemas.microsoft.com/office/word/2010/wordml" w:rsidP="31DC5E6B" w14:paraId="0F5D3BC6" wp14:textId="6835D53A">
      <w:pPr>
        <w:rPr>
          <w:rFonts w:ascii="Fira Sans" w:hAnsi="Fira Sans" w:eastAsia="Fira Sans" w:cs="Fira Sans"/>
          <w:b w:val="1"/>
          <w:bCs w:val="1"/>
          <w:noProof w:val="0"/>
          <w:sz w:val="28"/>
          <w:szCs w:val="28"/>
          <w:lang w:val="nl-NL"/>
        </w:rPr>
      </w:pPr>
      <w:r w:rsidRPr="6EBF3FB4" w:rsidR="608D769B">
        <w:rPr>
          <w:rFonts w:ascii="Fira Sans" w:hAnsi="Fira Sans" w:eastAsia="Fira Sans" w:cs="Fira Sans"/>
          <w:b w:val="1"/>
          <w:bCs w:val="1"/>
          <w:noProof w:val="0"/>
          <w:sz w:val="28"/>
          <w:szCs w:val="28"/>
          <w:lang w:val="nl-NL"/>
        </w:rPr>
        <w:t>Ten slotte</w:t>
      </w:r>
    </w:p>
    <w:p xmlns:wp14="http://schemas.microsoft.com/office/word/2010/wordml" w:rsidP="31DC5E6B" w14:paraId="25A0F47C" wp14:textId="450C0D2C">
      <w:pPr>
        <w:rPr>
          <w:rFonts w:ascii="Fira Sans" w:hAnsi="Fira Sans" w:eastAsia="Fira Sans" w:cs="Fira Sans"/>
          <w:noProof w:val="0"/>
          <w:lang w:val="nl-NL"/>
        </w:rPr>
      </w:pPr>
      <w:r w:rsidRPr="31DC5E6B" w:rsidR="608D769B">
        <w:rPr>
          <w:rFonts w:ascii="Fira Sans" w:hAnsi="Fira Sans" w:eastAsia="Fira Sans" w:cs="Fira Sans"/>
          <w:noProof w:val="0"/>
          <w:lang w:val="nl-NL"/>
        </w:rPr>
        <w:t>Ontwikkelingsmaatschappij Horizon Flevoland ondersteunt de provincie bij de uitvoering van de Defensie-innovatievouchers. Daarnaast kan Horizon Flevoland ondernemingen ondersteunen bij de verdere ontwikkeling van hun businesscase, marktbenadering, financiering, samenwerking met partners en opschaling van de innovatie.</w:t>
      </w:r>
    </w:p>
    <w:p xmlns:wp14="http://schemas.microsoft.com/office/word/2010/wordml" w:rsidP="31DC5E6B" w14:paraId="7560EC85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Geeft u toestemming om uw gegevens met Horizon Flevoland te delen, zodat Horizon Flevoland contact met u mag opnemen over mogelijke business support? Deze ondersteuning is vrijwillig en staat los van de beoordeling van uw subsidieaanvraag.</w:t>
      </w:r>
    </w:p>
    <w:p xmlns:wp14="http://schemas.microsoft.com/office/word/2010/wordml" w:rsidP="31DC5E6B" w14:paraId="496A4C99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Ja, ik geef toestemming om mijn gegevens met Horizon Flevoland te delen en door Horizon Flevoland te worden benaderd.</w:t>
      </w:r>
    </w:p>
    <w:p xmlns:wp14="http://schemas.microsoft.com/office/word/2010/wordml" w:rsidP="31DC5E6B" w14:paraId="7AB2150E" wp14:textId="77777777">
      <w:pPr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☐ Nee, ik geef geen toestemming om mijn gegevens met Horizon Flevoland te delen voor business support.</w:t>
      </w:r>
    </w:p>
    <w:tbl>
      <w:tblPr>
        <w:tblW w:w="0" w:type="auto"/>
        <w:tblLook w:val="04A0" w:firstRow="1" w:lastRow="0" w:firstColumn="1" w:lastColumn="0" w:noHBand="0" w:noVBand="1"/>
        <w:tblBorders>
          <w:top w:val="single" w:color="177C86" w:sz="5"/>
          <w:left w:val="single" w:color="177C86" w:sz="5"/>
          <w:bottom w:val="single" w:color="177C86" w:sz="5"/>
          <w:right w:val="single" w:color="177C86" w:sz="5"/>
          <w:insideH w:val="single" w:color="177C86" w:sz="5"/>
          <w:insideV w:val="single" w:color="177C86" w:sz="5"/>
        </w:tblBorders>
      </w:tblPr>
      <w:tblGrid>
        <w:gridCol w:w="10312"/>
      </w:tblGrid>
      <w:tr xmlns:wp14="http://schemas.microsoft.com/office/word/2010/wordml" w:rsidTr="31DC5E6B" w14:paraId="33B275EE" wp14:textId="77777777">
        <w:trPr>
          <w:cantSplit/>
          <w:cantSplit/>
        </w:trPr>
        <w:tc>
          <w:tcPr>
            <w:tcW w:w="10312" w:type="dxa"/>
            <w:shd w:val="clear" w:color="auto" w:fill="E8F3F4"/>
            <w:tcMar/>
            <w:vAlign w:val="top"/>
            <w:tcMar>
              <w:top w:w="90" w:type="dxa"/>
              <w:start w:w="110" w:type="dxa"/>
              <w:bottom w:w="90" w:type="dxa"/>
              <w:end w:w="110" w:type="dxa"/>
            </w:tcMar>
          </w:tcPr>
          <w:p w:rsidP="31DC5E6B" w14:paraId="3D66F2DD" wp14:textId="060C54B7">
            <w:pPr>
              <w:spacing w:after="0"/>
              <w:rPr>
                <w:rFonts w:ascii="Fira Sans" w:hAnsi="Fira Sans" w:eastAsia="Fira Sans" w:cs="Fira Sans"/>
                <w:b w:val="0"/>
                <w:bCs w:val="0"/>
                <w:noProof w:val="0"/>
                <w:color w:val="173B5B"/>
                <w:sz w:val="17"/>
                <w:szCs w:val="17"/>
                <w:lang w:val="nl-NL"/>
              </w:rPr>
            </w:pP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color w:val="173B5B"/>
                <w:sz w:val="17"/>
                <w:szCs w:val="17"/>
                <w:lang w:val="nl-NL"/>
              </w:rPr>
              <w:t>Bij een keuze voor “ja” worden</w:t>
            </w:r>
            <w:r w:rsidRPr="31DC5E6B" w:rsidR="6B6D10F9">
              <w:rPr>
                <w:rFonts w:ascii="Fira Sans" w:hAnsi="Fira Sans" w:eastAsia="Fira Sans" w:cs="Fira Sans"/>
                <w:b w:val="0"/>
                <w:bCs w:val="0"/>
                <w:noProof w:val="0"/>
                <w:color w:val="173B5B"/>
                <w:sz w:val="17"/>
                <w:szCs w:val="17"/>
                <w:lang w:val="nl-NL"/>
              </w:rPr>
              <w:t xml:space="preserve"> uw</w:t>
            </w:r>
            <w:r w:rsidRPr="31DC5E6B" w:rsidR="31DC5E6B">
              <w:rPr>
                <w:rFonts w:ascii="Fira Sans" w:hAnsi="Fira Sans" w:eastAsia="Fira Sans" w:cs="Fira Sans"/>
                <w:b w:val="0"/>
                <w:bCs w:val="0"/>
                <w:noProof w:val="0"/>
                <w:color w:val="173B5B"/>
                <w:sz w:val="17"/>
                <w:szCs w:val="17"/>
                <w:lang w:val="nl-NL"/>
              </w:rPr>
              <w:t xml:space="preserve"> contactgegevens gedeeld met Horizon Flevoland. Deze gegevens worden uitsluitend gebruikt om contact op te nemen over mogelijke business support. </w:t>
            </w:r>
          </w:p>
        </w:tc>
      </w:tr>
    </w:tbl>
    <w:p xmlns:wp14="http://schemas.microsoft.com/office/word/2010/wordml" w:rsidP="31DC5E6B" w14:paraId="5B08B5D1" wp14:textId="77777777">
      <w:pPr>
        <w:spacing w:after="0"/>
        <w:rPr>
          <w:rFonts w:ascii="Fira Sans" w:hAnsi="Fira Sans" w:eastAsia="Fira Sans" w:cs="Fira Sans"/>
          <w:noProof w:val="0"/>
          <w:lang w:val="nl-NL"/>
        </w:rPr>
      </w:pPr>
    </w:p>
    <w:p xmlns:wp14="http://schemas.microsoft.com/office/word/2010/wordml" w:rsidP="31DC5E6B" w14:paraId="044A7836" wp14:textId="77777777">
      <w:pPr>
        <w:pStyle w:val="Heading2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Verplichte bijlagen</w:t>
      </w:r>
    </w:p>
    <w:p xmlns:wp14="http://schemas.microsoft.com/office/word/2010/wordml" w:rsidP="31DC5E6B" w14:paraId="3DBA56E8" wp14:textId="1ACB35F4">
      <w:pPr>
        <w:pStyle w:val="ListBullet"/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akkoordverklaring</w:t>
      </w:r>
      <w:r w:rsidRPr="31DC5E6B" w:rsidR="31DC5E6B">
        <w:rPr>
          <w:rFonts w:ascii="Fira Sans" w:hAnsi="Fira Sans" w:eastAsia="Fira Sans" w:cs="Fira Sans"/>
          <w:noProof w:val="0"/>
          <w:lang w:val="nl-NL"/>
        </w:rPr>
        <w:t xml:space="preserve"> van Provincie Flevoland;</w:t>
      </w:r>
    </w:p>
    <w:p xmlns:wp14="http://schemas.microsoft.com/office/word/2010/wordml" w:rsidP="31DC5E6B" w14:paraId="1487D474" wp14:textId="77777777">
      <w:pPr>
        <w:pStyle w:val="ListBullet"/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getekende verklaring de-minimissteun;</w:t>
      </w:r>
    </w:p>
    <w:p xmlns:wp14="http://schemas.microsoft.com/office/word/2010/wordml" w:rsidP="31DC5E6B" w14:paraId="6D022846" wp14:textId="77777777">
      <w:pPr>
        <w:pStyle w:val="ListBullet"/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omvangsverklaring;</w:t>
      </w:r>
    </w:p>
    <w:p xmlns:wp14="http://schemas.microsoft.com/office/word/2010/wordml" w:rsidP="31DC5E6B" w14:paraId="592F85D1" wp14:textId="77777777">
      <w:pPr>
        <w:pStyle w:val="ListBullet"/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projectbegroting;</w:t>
      </w:r>
    </w:p>
    <w:p xmlns:wp14="http://schemas.microsoft.com/office/word/2010/wordml" w:rsidP="31DC5E6B" w14:paraId="454B3F3C" wp14:textId="77777777">
      <w:pPr>
        <w:pStyle w:val="ListBullet"/>
        <w:spacing w:after="30"/>
        <w:rPr>
          <w:rFonts w:ascii="Fira Sans" w:hAnsi="Fira Sans" w:eastAsia="Fira Sans" w:cs="Fira Sans"/>
          <w:noProof w:val="0"/>
          <w:lang w:val="nl-NL"/>
        </w:rPr>
      </w:pPr>
      <w:r w:rsidRPr="31DC5E6B" w:rsidR="31DC5E6B">
        <w:rPr>
          <w:rFonts w:ascii="Fira Sans" w:hAnsi="Fira Sans" w:eastAsia="Fira Sans" w:cs="Fira Sans"/>
          <w:noProof w:val="0"/>
          <w:lang w:val="nl-NL"/>
        </w:rPr>
        <w:t>indien van toepassing: machtigingsformulier.</w:t>
      </w: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709" w:right="964" w:bottom="822" w:left="964" w:header="198" w:footer="255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5023141B" wp14:textId="77777777">
    <w:pPr>
      <w:pStyle w:val="Footer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4762"/>
      <w:gridCol w:w="4762"/>
    </w:tblGrid>
    <w:tr xmlns:wp14="http://schemas.microsoft.com/office/word/2010/wordml" w14:paraId="0A751CE5" wp14:textId="77777777">
      <w:tc>
        <w:tcPr>
          <w:tcW w:w="6917" w:type="dxa"/>
        </w:tcPr>
        <w:p w14:paraId="1F3B1409" wp14:textId="77777777">
          <w:r>
            <w:drawing>
              <wp:inline xmlns:a="http://schemas.openxmlformats.org/drawingml/2006/main" xmlns:pic="http://schemas.openxmlformats.org/drawingml/2006/picture" xmlns:wp14="http://schemas.microsoft.com/office/word/2010/wordprocessingDrawing" wp14:anchorId="086D4A90" wp14:editId="7777777">
                <wp:extent cx="2088000" cy="4927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8000" cy="4927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08" w:type="dxa"/>
        </w:tcPr>
        <w:p w14:paraId="3454E22B" wp14:textId="77777777">
          <w:pPr>
            <w:jc w:val="right"/>
          </w:pPr>
          <w:r>
            <w:rPr>
              <w:sz w:val="16"/>
            </w:rP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pic="http://schemas.openxmlformats.org/drawingml/2006/picture" mc:Ignorable="w14 wp14">
  <w:p xmlns:wp14="http://schemas.microsoft.com/office/word/2010/wordml" w14:paraId="510C577A" wp14:textId="2A3A43F7">
    <w:pPr>
      <w:pStyle w:val="Header"/>
      <w:jc w:val="left"/>
    </w:pPr>
    <w:r w:rsidR="31DC5E6B">
      <w:drawing>
        <wp:inline xmlns:wp14="http://schemas.microsoft.com/office/word/2010/wordprocessingDrawing" wp14:editId="6859132B" wp14:anchorId="2BB15E4E">
          <wp:extent cx="2448000" cy="857693"/>
          <wp:effectExtent l="0" t="0" r="0" b="0"/>
          <wp:docPr id="1831631453" name="Picture 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448000" cy="857693"/>
                  </a:xfrm>
                  <a:prstGeom prst="rect"/>
                </pic:spPr>
              </pic:pic>
            </a:graphicData>
          </a:graphic>
        </wp:inline>
      </w:drawing>
    </w:r>
    <w:r w:rsidR="31DC5E6B">
      <w:rPr/>
      <w:t xml:space="preserve">     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CDFA21"/>
    <w:rsid w:val="00FC693F"/>
    <w:rsid w:val="073B6805"/>
    <w:rsid w:val="0D0DBFF4"/>
    <w:rsid w:val="0E4AA1FD"/>
    <w:rsid w:val="1101F8DE"/>
    <w:rsid w:val="1458561C"/>
    <w:rsid w:val="1458561C"/>
    <w:rsid w:val="147EA613"/>
    <w:rsid w:val="1C564EF4"/>
    <w:rsid w:val="1E114ED3"/>
    <w:rsid w:val="1E809846"/>
    <w:rsid w:val="232D6BAD"/>
    <w:rsid w:val="2A72163D"/>
    <w:rsid w:val="2A8B3F42"/>
    <w:rsid w:val="2A8B3F42"/>
    <w:rsid w:val="2CB12876"/>
    <w:rsid w:val="2F536A3E"/>
    <w:rsid w:val="31DC5E6B"/>
    <w:rsid w:val="321B13D3"/>
    <w:rsid w:val="32733A28"/>
    <w:rsid w:val="33349F23"/>
    <w:rsid w:val="382B7D97"/>
    <w:rsid w:val="389F4809"/>
    <w:rsid w:val="3C34A481"/>
    <w:rsid w:val="4222FC19"/>
    <w:rsid w:val="4B44FF36"/>
    <w:rsid w:val="4B44FF36"/>
    <w:rsid w:val="548A9F65"/>
    <w:rsid w:val="56AFAFE1"/>
    <w:rsid w:val="5901117E"/>
    <w:rsid w:val="592CFC1B"/>
    <w:rsid w:val="597FEE0C"/>
    <w:rsid w:val="597FEE0C"/>
    <w:rsid w:val="5A72A291"/>
    <w:rsid w:val="608D769B"/>
    <w:rsid w:val="6B6D10F9"/>
    <w:rsid w:val="6EBF3FB4"/>
    <w:rsid w:val="701A9EF9"/>
    <w:rsid w:val="716A0B70"/>
    <w:rsid w:val="71971705"/>
    <w:rsid w:val="722BECC8"/>
    <w:rsid w:val="7C51FE9D"/>
    <w:rsid w:val="7FC88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1CAA5F6A-43D6-4237-8907-3F27DEF8112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70" w:line="250" w:lineRule="auto"/>
    </w:pPr>
    <w:rPr>
      <w:rFonts w:ascii="Aptos" w:hAnsi="Aptos"/>
      <w:color w:val="26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73B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Aptos Display" w:hAnsi="Aptos Display" w:asciiTheme="majorHAnsi" w:hAnsiTheme="majorHAnsi" w:eastAsiaTheme="majorEastAsia" w:cstheme="majorBidi"/>
      <w:b/>
      <w:bCs/>
      <w:color w:val="177C8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="Aptos Display" w:hAnsi="Aptos Display" w:asciiTheme="majorHAnsi" w:hAnsiTheme="majorHAnsi" w:eastAsiaTheme="majorEastAsia" w:cstheme="majorBidi"/>
      <w:b/>
      <w:bCs/>
      <w:color w:val="173B5B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color="4F81BD" w:themeColor="accent1" w:sz="8" w:space="4"/>
      </w:pBdr>
      <w:spacing w:before="100" w:after="140" w:line="240" w:lineRule="auto"/>
      <w:contextualSpacing/>
    </w:pPr>
    <w:rPr>
      <w:rFonts w:ascii="Aptos Display" w:hAnsi="Aptos Display" w:asciiTheme="majorHAnsi" w:hAnsiTheme="majorHAnsi" w:eastAsiaTheme="majorEastAsia" w:cstheme="majorBidi"/>
      <w:b/>
      <w:color w:val="173B5B"/>
      <w:spacing w:val="5"/>
      <w:kern w:val="28"/>
      <w:sz w:val="38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Relationship Type="http://schemas.microsoft.com/office/2016/09/relationships/commentsIds" Target="commentsIds.xml" Id="Rcff05455c0744b61" /><Relationship Type="http://schemas.microsoft.com/office/2011/relationships/commentsExtended" Target="commentsExtended.xml" Id="Rc5714177fb8a4ede" /><Relationship Type="http://schemas.microsoft.com/office/2011/relationships/people" Target="people.xml" Id="R722460e5f3cc4832" 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.png" Id="rId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0C4DE2EC01724A8EBDFF4B87388E52" ma:contentTypeVersion="16" ma:contentTypeDescription="Een nieuw document maken." ma:contentTypeScope="" ma:versionID="c88cb64d34d9ec7e9b465326d1bd9cf1">
  <xsd:schema xmlns:xsd="http://www.w3.org/2001/XMLSchema" xmlns:xs="http://www.w3.org/2001/XMLSchema" xmlns:p="http://schemas.microsoft.com/office/2006/metadata/properties" xmlns:ns1="http://schemas.microsoft.com/sharepoint/v3" xmlns:ns2="55db3550-810d-4094-87d8-e368b4e375cf" xmlns:ns3="24348d06-3934-48e6-8170-4fd404e66a7e" targetNamespace="http://schemas.microsoft.com/office/2006/metadata/properties" ma:root="true" ma:fieldsID="9cd20b180a3cf1514b5abf44ba434cb4" ns1:_="" ns2:_="" ns3:_="">
    <xsd:import namespace="http://schemas.microsoft.com/sharepoint/v3"/>
    <xsd:import namespace="55db3550-810d-4094-87d8-e368b4e375cf"/>
    <xsd:import namespace="24348d06-3934-48e6-8170-4fd404e66a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db3550-810d-4094-87d8-e368b4e375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56645cc7-cbaf-4e05-b1bf-d505ec40aa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48d06-3934-48e6-8170-4fd404e66a7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e8daa2-35b2-485b-88c4-f5ab25b107c8}" ma:internalName="TaxCatchAll" ma:showField="CatchAllData" ma:web="24348d06-3934-48e6-8170-4fd404e66a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348d06-3934-48e6-8170-4fd404e66a7e" xsi:nil="true"/>
    <_ip_UnifiedCompliancePolicyUIAction xmlns="http://schemas.microsoft.com/sharepoint/v3" xsi:nil="true"/>
    <_ip_UnifiedCompliancePolicyProperties xmlns="http://schemas.microsoft.com/sharepoint/v3" xsi:nil="true"/>
    <lcf76f155ced4ddcb4097134ff3c332f xmlns="55db3550-810d-4094-87d8-e368b4e375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F274FD-E062-4EFC-9FA6-DCC8FF9C1A35}"/>
</file>

<file path=customXml/itemProps3.xml><?xml version="1.0" encoding="utf-8"?>
<ds:datastoreItem xmlns:ds="http://schemas.openxmlformats.org/officeDocument/2006/customXml" ds:itemID="{EFF4D8EA-8371-497F-8A9C-A324C30FBB4F}"/>
</file>

<file path=customXml/itemProps4.xml><?xml version="1.0" encoding="utf-8"?>
<ds:datastoreItem xmlns:ds="http://schemas.openxmlformats.org/officeDocument/2006/customXml" ds:itemID="{907F98A0-7397-4F31-9F7E-8E384B3C84C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Modelprojectsamenvatting innovatievoucher Defensie-innovatie Flevoland</dc:title>
  <dc:subject>Kansen voor West III</dc:subject>
  <dc:creator>Bart Visscher</dc:creator>
  <cp:keywords>Defensie-innovatie, innovatievoucher, dual-use, Flevoland, Kansen voor West III</cp:keywords>
  <dc:description>generated by python-docx</dc:description>
  <cp:lastModifiedBy>Bart Visscher</cp:lastModifiedBy>
  <cp:revision>3</cp:revision>
  <dcterms:created xsi:type="dcterms:W3CDTF">2026-10-06T07:29:35Z</dcterms:created>
  <dcterms:modified xsi:type="dcterms:W3CDTF">2026-10-06T10:04:01Z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0x010100600C4DE2EC01724A8EBDFF4B87388E52</vt:lpwstr>
  </property>
</Properties>
</file>