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P="25AFD489" w14:paraId="26AAC699" wp14:textId="77777777">
      <w:pPr>
        <w:spacing w:before="680"/>
        <w:jc w:val="center"/>
        <w:rPr>
          <w:rFonts w:ascii="Fira Sans" w:hAnsi="Fira Sans" w:eastAsia="Fira Sans" w:cs="Fira Sans"/>
          <w:b w:val="1"/>
          <w:bCs w:val="1"/>
          <w:noProof w:val="0"/>
          <w:color w:val="2C6674"/>
          <w:sz w:val="22"/>
          <w:szCs w:val="22"/>
          <w:lang w:val="nl-NL"/>
        </w:rPr>
      </w:pPr>
      <w:r w:rsidRPr="25AFD489" w:rsidR="25AFD489">
        <w:rPr>
          <w:rFonts w:ascii="Fira Sans" w:hAnsi="Fira Sans" w:eastAsia="Fira Sans" w:cs="Fira Sans"/>
          <w:b w:val="1"/>
          <w:bCs w:val="1"/>
          <w:noProof w:val="0"/>
          <w:color w:val="2C6674"/>
          <w:sz w:val="22"/>
          <w:szCs w:val="22"/>
          <w:lang w:val="nl-NL"/>
        </w:rPr>
        <w:t>FICHE</w:t>
      </w:r>
    </w:p>
    <w:p xmlns:wp14="http://schemas.microsoft.com/office/word/2010/wordml" w:rsidP="25AFD489" w14:paraId="4FA6E0B2" wp14:textId="77777777">
      <w:pPr>
        <w:pStyle w:val="Title"/>
        <w:jc w:val="center"/>
        <w:rPr>
          <w:rFonts w:ascii="Fira Sans" w:hAnsi="Fira Sans" w:eastAsia="Fira Sans" w:cs="Fira Sans"/>
          <w:noProof w:val="0"/>
          <w:lang w:val="nl-NL"/>
        </w:rPr>
      </w:pPr>
      <w:r w:rsidRPr="25AFD489" w:rsidR="25AFD489">
        <w:rPr>
          <w:rFonts w:ascii="Fira Sans" w:hAnsi="Fira Sans" w:eastAsia="Fira Sans" w:cs="Fira Sans"/>
          <w:noProof w:val="0"/>
          <w:lang w:val="nl-NL"/>
        </w:rPr>
        <w:t>Defensie-innovatievouchers Flevoland</w:t>
      </w:r>
    </w:p>
    <w:tbl>
      <w:tblPr>
        <w:tblW w:w="0" w:type="auto"/>
        <w:jc w:val="center"/>
        <w:tblLayout w:type="fixed"/>
        <w:tblLook w:val="04A0" w:firstRow="1" w:lastRow="0" w:firstColumn="1" w:lastColumn="0" w:noHBand="0" w:noVBand="1"/>
        <w:tblBorders>
          <w:top w:val="nil"/>
          <w:left w:val="nil"/>
          <w:bottom w:val="nil"/>
          <w:right w:val="nil"/>
          <w:insideH w:val="nil"/>
          <w:insideV w:val="nil"/>
        </w:tblBorders>
      </w:tblPr>
      <w:tblGrid>
        <w:gridCol w:w="2381"/>
        <w:gridCol w:w="6973"/>
      </w:tblGrid>
      <w:tr xmlns:wp14="http://schemas.microsoft.com/office/word/2010/wordml" w:rsidTr="25AFD489" w14:paraId="4C59FE91"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30ACAFAF"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Type vouchers</w:t>
            </w:r>
          </w:p>
        </w:tc>
        <w:tc>
          <w:tcPr>
            <w:tcW w:w="6973" w:type="dxa"/>
            <w:shd w:val="clear" w:color="auto" w:fill="E9F1F3"/>
            <w:tcMar>
              <w:top w:w="100" w:type="dxa"/>
              <w:left w:w="120" w:type="dxa"/>
              <w:start w:w="120" w:type="dxa"/>
              <w:bottom w:w="100" w:type="dxa"/>
              <w:right w:w="120" w:type="dxa"/>
              <w:end w:w="120" w:type="dxa"/>
            </w:tcMar>
            <w:vAlign w:val="center"/>
          </w:tcPr>
          <w:p w:rsidP="25AFD489" w14:paraId="4E23BED1" wp14:textId="77777777">
            <w:pPr>
              <w:spacing w:after="0"/>
              <w:rPr>
                <w:rFonts w:ascii="Fira Sans" w:hAnsi="Fira Sans" w:eastAsia="Fira Sans" w:cs="Fira Sans"/>
                <w:noProof w:val="0"/>
                <w:lang w:val="nl-NL"/>
              </w:rPr>
            </w:pPr>
            <w:r w:rsidRPr="25AFD489" w:rsidR="25AFD489">
              <w:rPr>
                <w:rFonts w:ascii="Fira Sans" w:hAnsi="Fira Sans" w:eastAsia="Fira Sans" w:cs="Fira Sans"/>
                <w:noProof w:val="0"/>
                <w:lang w:val="nl-NL"/>
              </w:rPr>
              <w:t>Adviesvoucher en innovatievoucher</w:t>
            </w:r>
          </w:p>
        </w:tc>
      </w:tr>
      <w:tr xmlns:wp14="http://schemas.microsoft.com/office/word/2010/wordml" w:rsidTr="25AFD489" w14:paraId="38248E1A"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7BB8921C"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Doelgroep</w:t>
            </w:r>
          </w:p>
        </w:tc>
        <w:tc>
          <w:tcPr>
            <w:tcW w:w="6973" w:type="dxa"/>
            <w:shd w:val="clear" w:color="auto" w:fill="F3F7F8"/>
            <w:tcMar>
              <w:top w:w="100" w:type="dxa"/>
              <w:left w:w="120" w:type="dxa"/>
              <w:start w:w="120" w:type="dxa"/>
              <w:bottom w:w="100" w:type="dxa"/>
              <w:right w:w="120" w:type="dxa"/>
              <w:end w:w="120" w:type="dxa"/>
            </w:tcMar>
            <w:vAlign w:val="center"/>
          </w:tcPr>
          <w:p w:rsidP="25AFD489" w14:paraId="0DF14AC7" wp14:textId="77777777">
            <w:pPr>
              <w:spacing w:after="0"/>
              <w:rPr>
                <w:rFonts w:ascii="Fira Sans" w:hAnsi="Fira Sans" w:eastAsia="Fira Sans" w:cs="Fira Sans"/>
                <w:noProof w:val="0"/>
                <w:lang w:val="nl-NL"/>
              </w:rPr>
            </w:pPr>
            <w:r w:rsidRPr="25AFD489" w:rsidR="25AFD489">
              <w:rPr>
                <w:rFonts w:ascii="Fira Sans" w:hAnsi="Fira Sans" w:eastAsia="Fira Sans" w:cs="Fira Sans"/>
                <w:noProof w:val="0"/>
                <w:lang w:val="nl-NL"/>
              </w:rPr>
              <w:t>Ondernemingen die gevestigd zijn in of aantoonbaar actief zijn of worden in Flevoland</w:t>
            </w:r>
          </w:p>
        </w:tc>
      </w:tr>
      <w:tr xmlns:wp14="http://schemas.microsoft.com/office/word/2010/wordml" w:rsidTr="25AFD489" w14:paraId="539A6516"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5406DF67"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Doelstelling</w:t>
            </w:r>
          </w:p>
        </w:tc>
        <w:tc>
          <w:tcPr>
            <w:tcW w:w="6973" w:type="dxa"/>
            <w:shd w:val="clear" w:color="auto" w:fill="E9F1F3"/>
            <w:tcMar>
              <w:top w:w="100" w:type="dxa"/>
              <w:left w:w="120" w:type="dxa"/>
              <w:start w:w="120" w:type="dxa"/>
              <w:bottom w:w="100" w:type="dxa"/>
              <w:right w:w="120" w:type="dxa"/>
              <w:end w:w="120" w:type="dxa"/>
            </w:tcMar>
            <w:vAlign w:val="center"/>
          </w:tcPr>
          <w:p w:rsidP="25AFD489" w14:paraId="7DB700FA" wp14:textId="461729AB">
            <w:pPr>
              <w:spacing w:after="0"/>
              <w:rPr>
                <w:rFonts w:ascii="Fira Sans" w:hAnsi="Fira Sans" w:eastAsia="Fira Sans" w:cs="Fira Sans"/>
                <w:noProof w:val="0"/>
                <w:lang w:val="nl-NL"/>
              </w:rPr>
            </w:pPr>
            <w:r w:rsidRPr="25AFD489" w:rsidR="664D3726">
              <w:rPr>
                <w:rFonts w:ascii="Fira Sans" w:hAnsi="Fira Sans" w:eastAsia="Fira Sans" w:cs="Fira Sans"/>
                <w:noProof w:val="0"/>
                <w:lang w:val="nl-NL"/>
              </w:rPr>
              <w:t>O</w:t>
            </w:r>
            <w:r w:rsidRPr="25AFD489" w:rsidR="25AFD489">
              <w:rPr>
                <w:rFonts w:ascii="Fira Sans" w:hAnsi="Fira Sans" w:eastAsia="Fira Sans" w:cs="Fira Sans"/>
                <w:noProof w:val="0"/>
                <w:lang w:val="nl-NL"/>
              </w:rPr>
              <w:t>ndersteun</w:t>
            </w:r>
            <w:r w:rsidRPr="25AFD489" w:rsidR="6FCFB2C8">
              <w:rPr>
                <w:rFonts w:ascii="Fira Sans" w:hAnsi="Fira Sans" w:eastAsia="Fira Sans" w:cs="Fira Sans"/>
                <w:noProof w:val="0"/>
                <w:lang w:val="nl-NL"/>
              </w:rPr>
              <w:t>ing</w:t>
            </w:r>
            <w:r w:rsidRPr="25AFD489" w:rsidR="25AFD489">
              <w:rPr>
                <w:rFonts w:ascii="Fira Sans" w:hAnsi="Fira Sans" w:eastAsia="Fira Sans" w:cs="Fira Sans"/>
                <w:noProof w:val="0"/>
                <w:lang w:val="nl-NL"/>
              </w:rPr>
              <w:t xml:space="preserve"> bij het vertalen, verkennen, testen, valideren en demonstreren van civiele innovaties voor defensie- of veiligheidsrelevante toepassingen</w:t>
            </w:r>
          </w:p>
        </w:tc>
      </w:tr>
      <w:tr xmlns:wp14="http://schemas.microsoft.com/office/word/2010/wordml" w:rsidTr="25AFD489" w14:paraId="04F6E022"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4DCAD4A1"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Openstelling</w:t>
            </w:r>
          </w:p>
        </w:tc>
        <w:tc>
          <w:tcPr>
            <w:tcW w:w="6973" w:type="dxa"/>
            <w:shd w:val="clear" w:color="auto" w:fill="F3F7F8"/>
            <w:tcMar>
              <w:top w:w="100" w:type="dxa"/>
              <w:left w:w="120" w:type="dxa"/>
              <w:start w:w="120" w:type="dxa"/>
              <w:bottom w:w="100" w:type="dxa"/>
              <w:right w:w="120" w:type="dxa"/>
              <w:end w:w="120" w:type="dxa"/>
            </w:tcMar>
            <w:vAlign w:val="center"/>
          </w:tcPr>
          <w:p w:rsidP="25AFD489" w14:paraId="5F9781C2" wp14:textId="6D4A5687">
            <w:pPr>
              <w:spacing w:after="0"/>
              <w:rPr>
                <w:rFonts w:ascii="Fira Sans" w:hAnsi="Fira Sans" w:eastAsia="Fira Sans" w:cs="Fira Sans"/>
                <w:noProof w:val="0"/>
                <w:lang w:val="nl-NL"/>
              </w:rPr>
            </w:pPr>
            <w:r w:rsidRPr="25AFD489" w:rsidR="25AFD489">
              <w:rPr>
                <w:rFonts w:ascii="Fira Sans" w:hAnsi="Fira Sans" w:eastAsia="Fira Sans" w:cs="Fira Sans"/>
                <w:noProof w:val="0"/>
                <w:lang w:val="nl-NL"/>
              </w:rPr>
              <w:t>Vanaf</w:t>
            </w:r>
            <w:r w:rsidRPr="25AFD489" w:rsidR="25AFD489">
              <w:rPr>
                <w:rFonts w:ascii="Fira Sans" w:hAnsi="Fira Sans" w:eastAsia="Fira Sans" w:cs="Fira Sans"/>
                <w:noProof w:val="0"/>
                <w:lang w:val="nl-NL"/>
              </w:rPr>
              <w:t xml:space="preserve"> 12 </w:t>
            </w:r>
            <w:r w:rsidRPr="25AFD489" w:rsidR="25AFD489">
              <w:rPr>
                <w:rFonts w:ascii="Fira Sans" w:hAnsi="Fira Sans" w:eastAsia="Fira Sans" w:cs="Fira Sans"/>
                <w:noProof w:val="0"/>
                <w:lang w:val="nl-NL"/>
              </w:rPr>
              <w:t>oktober</w:t>
            </w:r>
            <w:r w:rsidRPr="25AFD489" w:rsidR="25AFD489">
              <w:rPr>
                <w:rFonts w:ascii="Fira Sans" w:hAnsi="Fira Sans" w:eastAsia="Fira Sans" w:cs="Fira Sans"/>
                <w:noProof w:val="0"/>
                <w:lang w:val="nl-NL"/>
              </w:rPr>
              <w:t xml:space="preserve"> 2026 om 10.00 </w:t>
            </w:r>
            <w:r w:rsidRPr="25AFD489" w:rsidR="25AFD489">
              <w:rPr>
                <w:rFonts w:ascii="Fira Sans" w:hAnsi="Fira Sans" w:eastAsia="Fira Sans" w:cs="Fira Sans"/>
                <w:noProof w:val="0"/>
                <w:lang w:val="nl-NL"/>
              </w:rPr>
              <w:t>uur</w:t>
            </w:r>
            <w:r w:rsidRPr="25AFD489" w:rsidR="25AFD489">
              <w:rPr>
                <w:rFonts w:ascii="Fira Sans" w:hAnsi="Fira Sans" w:eastAsia="Fira Sans" w:cs="Fira Sans"/>
                <w:noProof w:val="0"/>
                <w:lang w:val="nl-NL"/>
              </w:rPr>
              <w:t xml:space="preserve"> tot </w:t>
            </w:r>
            <w:r w:rsidRPr="25AFD489" w:rsidR="25AFD489">
              <w:rPr>
                <w:rFonts w:ascii="Fira Sans" w:hAnsi="Fira Sans" w:eastAsia="Fira Sans" w:cs="Fira Sans"/>
                <w:noProof w:val="0"/>
                <w:lang w:val="nl-NL"/>
              </w:rPr>
              <w:t>en</w:t>
            </w:r>
            <w:r w:rsidRPr="25AFD489" w:rsidR="25AFD489">
              <w:rPr>
                <w:rFonts w:ascii="Fira Sans" w:hAnsi="Fira Sans" w:eastAsia="Fira Sans" w:cs="Fira Sans"/>
                <w:noProof w:val="0"/>
                <w:lang w:val="nl-NL"/>
              </w:rPr>
              <w:t xml:space="preserve"> met 30 </w:t>
            </w:r>
            <w:r w:rsidRPr="25AFD489" w:rsidR="25AFD489">
              <w:rPr>
                <w:rFonts w:ascii="Fira Sans" w:hAnsi="Fira Sans" w:eastAsia="Fira Sans" w:cs="Fira Sans"/>
                <w:noProof w:val="0"/>
                <w:lang w:val="nl-NL"/>
              </w:rPr>
              <w:t>juni</w:t>
            </w:r>
            <w:r w:rsidRPr="25AFD489" w:rsidR="25AFD489">
              <w:rPr>
                <w:rFonts w:ascii="Fira Sans" w:hAnsi="Fira Sans" w:eastAsia="Fira Sans" w:cs="Fira Sans"/>
                <w:noProof w:val="0"/>
                <w:lang w:val="nl-NL"/>
              </w:rPr>
              <w:t xml:space="preserve"> 2028</w:t>
            </w:r>
          </w:p>
        </w:tc>
      </w:tr>
      <w:tr xmlns:wp14="http://schemas.microsoft.com/office/word/2010/wordml" w:rsidTr="25AFD489" w14:paraId="576E1820"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448E417A"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Aanvragen</w:t>
            </w:r>
          </w:p>
        </w:tc>
        <w:tc>
          <w:tcPr>
            <w:tcW w:w="6973" w:type="dxa"/>
            <w:shd w:val="clear" w:color="auto" w:fill="E9F1F3"/>
            <w:tcMar>
              <w:top w:w="100" w:type="dxa"/>
              <w:left w:w="120" w:type="dxa"/>
              <w:start w:w="120" w:type="dxa"/>
              <w:bottom w:w="100" w:type="dxa"/>
              <w:right w:w="120" w:type="dxa"/>
              <w:end w:w="120" w:type="dxa"/>
            </w:tcMar>
            <w:vAlign w:val="center"/>
          </w:tcPr>
          <w:p w:rsidP="25AFD489" w14:paraId="23F814E9" wp14:textId="138A6AC1">
            <w:pPr>
              <w:spacing w:after="0"/>
              <w:rPr>
                <w:rFonts w:ascii="Fira Sans" w:hAnsi="Fira Sans" w:eastAsia="Fira Sans" w:cs="Fira Sans"/>
                <w:noProof w:val="0"/>
                <w:lang w:val="nl-NL"/>
              </w:rPr>
            </w:pPr>
            <w:r w:rsidRPr="25AFD489" w:rsidR="25AFD489">
              <w:rPr>
                <w:rFonts w:ascii="Fira Sans" w:hAnsi="Fira Sans" w:eastAsia="Fira Sans" w:cs="Fira Sans"/>
                <w:noProof w:val="0"/>
                <w:lang w:val="nl-NL"/>
              </w:rPr>
              <w:t xml:space="preserve">Via het </w:t>
            </w:r>
            <w:hyperlink r:id="R903efc9b2982491f">
              <w:r w:rsidRPr="25AFD489" w:rsidR="25AFD489">
                <w:rPr>
                  <w:rStyle w:val="Hyperlink"/>
                  <w:rFonts w:ascii="Fira Sans" w:hAnsi="Fira Sans" w:eastAsia="Fira Sans" w:cs="Fira Sans"/>
                  <w:noProof w:val="0"/>
                  <w:lang w:val="nl-NL"/>
                </w:rPr>
                <w:t>EFRO-webportal</w:t>
              </w:r>
            </w:hyperlink>
            <w:r w:rsidRPr="25AFD489" w:rsidR="25AFD489">
              <w:rPr>
                <w:rFonts w:ascii="Fira Sans" w:hAnsi="Fira Sans" w:eastAsia="Fira Sans" w:cs="Fira Sans"/>
                <w:noProof w:val="0"/>
                <w:lang w:val="nl-NL"/>
              </w:rPr>
              <w:t xml:space="preserve">, </w:t>
            </w:r>
            <w:r w:rsidRPr="25AFD489" w:rsidR="25AFD489">
              <w:rPr>
                <w:rFonts w:ascii="Fira Sans" w:hAnsi="Fira Sans" w:eastAsia="Fira Sans" w:cs="Fira Sans"/>
                <w:noProof w:val="0"/>
                <w:lang w:val="nl-NL"/>
              </w:rPr>
              <w:t>na</w:t>
            </w:r>
            <w:r w:rsidRPr="25AFD489" w:rsidR="25AFD489">
              <w:rPr>
                <w:rFonts w:ascii="Fira Sans" w:hAnsi="Fira Sans" w:eastAsia="Fira Sans" w:cs="Fira Sans"/>
                <w:noProof w:val="0"/>
                <w:lang w:val="nl-NL"/>
              </w:rPr>
              <w:t xml:space="preserve"> </w:t>
            </w:r>
            <w:r w:rsidRPr="25AFD489" w:rsidR="25AFD489">
              <w:rPr>
                <w:rFonts w:ascii="Fira Sans" w:hAnsi="Fira Sans" w:eastAsia="Fira Sans" w:cs="Fira Sans"/>
                <w:noProof w:val="0"/>
                <w:lang w:val="nl-NL"/>
              </w:rPr>
              <w:t>voorlegging</w:t>
            </w:r>
            <w:r w:rsidRPr="25AFD489" w:rsidR="25AFD489">
              <w:rPr>
                <w:rFonts w:ascii="Fira Sans" w:hAnsi="Fira Sans" w:eastAsia="Fira Sans" w:cs="Fira Sans"/>
                <w:noProof w:val="0"/>
                <w:lang w:val="nl-NL"/>
              </w:rPr>
              <w:t xml:space="preserve"> van het </w:t>
            </w:r>
            <w:r w:rsidRPr="25AFD489" w:rsidR="25AFD489">
              <w:rPr>
                <w:rFonts w:ascii="Fira Sans" w:hAnsi="Fira Sans" w:eastAsia="Fira Sans" w:cs="Fira Sans"/>
                <w:noProof w:val="0"/>
                <w:lang w:val="nl-NL"/>
              </w:rPr>
              <w:t>projectidee</w:t>
            </w:r>
            <w:r w:rsidRPr="25AFD489" w:rsidR="25AFD489">
              <w:rPr>
                <w:rFonts w:ascii="Fira Sans" w:hAnsi="Fira Sans" w:eastAsia="Fira Sans" w:cs="Fira Sans"/>
                <w:noProof w:val="0"/>
                <w:lang w:val="nl-NL"/>
              </w:rPr>
              <w:t xml:space="preserve"> </w:t>
            </w:r>
            <w:r w:rsidRPr="25AFD489" w:rsidR="25AFD489">
              <w:rPr>
                <w:rFonts w:ascii="Fira Sans" w:hAnsi="Fira Sans" w:eastAsia="Fira Sans" w:cs="Fira Sans"/>
                <w:noProof w:val="0"/>
                <w:lang w:val="nl-NL"/>
              </w:rPr>
              <w:t>aan</w:t>
            </w:r>
            <w:r w:rsidRPr="25AFD489" w:rsidR="25AFD489">
              <w:rPr>
                <w:rFonts w:ascii="Fira Sans" w:hAnsi="Fira Sans" w:eastAsia="Fira Sans" w:cs="Fira Sans"/>
                <w:noProof w:val="0"/>
                <w:lang w:val="nl-NL"/>
              </w:rPr>
              <w:t xml:space="preserve"> de </w:t>
            </w:r>
            <w:r w:rsidRPr="25AFD489" w:rsidR="25AFD489">
              <w:rPr>
                <w:rFonts w:ascii="Fira Sans" w:hAnsi="Fira Sans" w:eastAsia="Fira Sans" w:cs="Fira Sans"/>
                <w:noProof w:val="0"/>
                <w:lang w:val="nl-NL"/>
              </w:rPr>
              <w:t>Provincie</w:t>
            </w:r>
            <w:r w:rsidRPr="25AFD489" w:rsidR="25AFD489">
              <w:rPr>
                <w:rFonts w:ascii="Fira Sans" w:hAnsi="Fira Sans" w:eastAsia="Fira Sans" w:cs="Fira Sans"/>
                <w:noProof w:val="0"/>
                <w:lang w:val="nl-NL"/>
              </w:rPr>
              <w:t xml:space="preserve"> Flevoland </w:t>
            </w:r>
          </w:p>
        </w:tc>
      </w:tr>
      <w:tr xmlns:wp14="http://schemas.microsoft.com/office/word/2010/wordml" w:rsidTr="25AFD489" w14:paraId="2413EC98"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7AFB376E"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Hoogte vouchers</w:t>
            </w:r>
          </w:p>
        </w:tc>
        <w:tc>
          <w:tcPr>
            <w:tcW w:w="6973" w:type="dxa"/>
            <w:shd w:val="clear" w:color="auto" w:fill="F3F7F8"/>
            <w:tcMar>
              <w:top w:w="100" w:type="dxa"/>
              <w:left w:w="120" w:type="dxa"/>
              <w:start w:w="120" w:type="dxa"/>
              <w:bottom w:w="100" w:type="dxa"/>
              <w:right w:w="120" w:type="dxa"/>
              <w:end w:w="120" w:type="dxa"/>
            </w:tcMar>
            <w:vAlign w:val="center"/>
          </w:tcPr>
          <w:p w:rsidP="25AFD489" w14:paraId="089550CC" wp14:textId="77777777">
            <w:pPr>
              <w:spacing w:after="0"/>
              <w:rPr>
                <w:rFonts w:ascii="Fira Sans" w:hAnsi="Fira Sans" w:eastAsia="Fira Sans" w:cs="Fira Sans"/>
                <w:noProof w:val="0"/>
                <w:lang w:val="nl-NL"/>
              </w:rPr>
            </w:pPr>
            <w:r w:rsidRPr="25AFD489" w:rsidR="25AFD489">
              <w:rPr>
                <w:rFonts w:ascii="Fira Sans" w:hAnsi="Fira Sans" w:eastAsia="Fira Sans" w:cs="Fira Sans"/>
                <w:noProof w:val="0"/>
                <w:lang w:val="nl-NL"/>
              </w:rPr>
              <w:t>Maximaal € 25.000 voor een adviesvoucher; maximaal € 50.000 voor een innovatievoucher</w:t>
            </w:r>
          </w:p>
        </w:tc>
      </w:tr>
      <w:tr xmlns:wp14="http://schemas.microsoft.com/office/word/2010/wordml" w:rsidTr="25AFD489" w14:paraId="44A220ED"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35534BD3"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Subsidiepercentage</w:t>
            </w:r>
          </w:p>
        </w:tc>
        <w:tc>
          <w:tcPr>
            <w:tcW w:w="6973" w:type="dxa"/>
            <w:shd w:val="clear" w:color="auto" w:fill="E9F1F3"/>
            <w:tcMar>
              <w:top w:w="100" w:type="dxa"/>
              <w:left w:w="120" w:type="dxa"/>
              <w:start w:w="120" w:type="dxa"/>
              <w:bottom w:w="100" w:type="dxa"/>
              <w:right w:w="120" w:type="dxa"/>
              <w:end w:w="120" w:type="dxa"/>
            </w:tcMar>
            <w:vAlign w:val="center"/>
          </w:tcPr>
          <w:p w:rsidP="25AFD489" w14:paraId="35B178A2" wp14:textId="77777777">
            <w:pPr>
              <w:spacing w:after="0"/>
              <w:rPr>
                <w:rFonts w:ascii="Fira Sans" w:hAnsi="Fira Sans" w:eastAsia="Fira Sans" w:cs="Fira Sans"/>
                <w:noProof w:val="0"/>
                <w:lang w:val="nl-NL"/>
              </w:rPr>
            </w:pPr>
            <w:r w:rsidRPr="25AFD489" w:rsidR="25AFD489">
              <w:rPr>
                <w:rFonts w:ascii="Fira Sans" w:hAnsi="Fira Sans" w:eastAsia="Fira Sans" w:cs="Fira Sans"/>
                <w:noProof w:val="0"/>
                <w:lang w:val="nl-NL"/>
              </w:rPr>
              <w:t>Maximaal 75% van de goedgekeurde offerte voor een adviesvoucher; maximaal 75% van de goedgekeurde projectbegroting voor een innovatievoucher</w:t>
            </w:r>
          </w:p>
        </w:tc>
      </w:tr>
      <w:tr xmlns:wp14="http://schemas.microsoft.com/office/word/2010/wordml" w:rsidTr="25AFD489" w14:paraId="7C0594EF"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1B78857A"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Projectduur</w:t>
            </w:r>
          </w:p>
        </w:tc>
        <w:tc>
          <w:tcPr>
            <w:tcW w:w="6973" w:type="dxa"/>
            <w:shd w:val="clear" w:color="auto" w:fill="F3F7F8"/>
            <w:tcMar>
              <w:top w:w="100" w:type="dxa"/>
              <w:left w:w="120" w:type="dxa"/>
              <w:start w:w="120" w:type="dxa"/>
              <w:bottom w:w="100" w:type="dxa"/>
              <w:right w:w="120" w:type="dxa"/>
              <w:end w:w="120" w:type="dxa"/>
            </w:tcMar>
            <w:vAlign w:val="center"/>
          </w:tcPr>
          <w:p w:rsidP="25AFD489" w14:paraId="158A83B1" wp14:textId="77777777">
            <w:pPr>
              <w:spacing w:after="0"/>
              <w:rPr>
                <w:rFonts w:ascii="Fira Sans" w:hAnsi="Fira Sans" w:eastAsia="Fira Sans" w:cs="Fira Sans"/>
                <w:noProof w:val="0"/>
                <w:lang w:val="nl-NL"/>
              </w:rPr>
            </w:pPr>
            <w:r w:rsidRPr="25AFD489" w:rsidR="25AFD489">
              <w:rPr>
                <w:rFonts w:ascii="Fira Sans" w:hAnsi="Fira Sans" w:eastAsia="Fira Sans" w:cs="Fira Sans"/>
                <w:noProof w:val="0"/>
                <w:lang w:val="nl-NL"/>
              </w:rPr>
              <w:t>Maximaal 18 maanden na ontvangst van de beschikking en uiterlijk afgerond op 31 mei 2029</w:t>
            </w:r>
          </w:p>
        </w:tc>
      </w:tr>
      <w:tr xmlns:wp14="http://schemas.microsoft.com/office/word/2010/wordml" w:rsidTr="25AFD489" w14:paraId="13747637"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2F808A53"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Staatssteun</w:t>
            </w:r>
          </w:p>
        </w:tc>
        <w:tc>
          <w:tcPr>
            <w:tcW w:w="6973" w:type="dxa"/>
            <w:shd w:val="clear" w:color="auto" w:fill="E9F1F3"/>
            <w:tcMar>
              <w:top w:w="100" w:type="dxa"/>
              <w:left w:w="120" w:type="dxa"/>
              <w:start w:w="120" w:type="dxa"/>
              <w:bottom w:w="100" w:type="dxa"/>
              <w:right w:w="120" w:type="dxa"/>
              <w:end w:w="120" w:type="dxa"/>
            </w:tcMar>
            <w:vAlign w:val="center"/>
          </w:tcPr>
          <w:p w:rsidP="25AFD489" w14:paraId="202F2BD9" wp14:textId="24E7E4D2">
            <w:pPr>
              <w:spacing w:after="0"/>
              <w:rPr>
                <w:rFonts w:ascii="Fira Sans" w:hAnsi="Fira Sans" w:eastAsia="Fira Sans" w:cs="Fira Sans"/>
                <w:noProof w:val="0"/>
                <w:lang w:val="nl-NL"/>
              </w:rPr>
            </w:pPr>
            <w:hyperlink r:id="Rde3ee37001104ace">
              <w:r w:rsidRPr="25AFD489" w:rsidR="25AFD489">
                <w:rPr>
                  <w:rStyle w:val="Hyperlink"/>
                  <w:noProof w:val="0"/>
                  <w:lang w:val="nl-NL"/>
                </w:rPr>
                <w:t>De-minimis</w:t>
              </w:r>
            </w:hyperlink>
          </w:p>
        </w:tc>
      </w:tr>
      <w:tr xmlns:wp14="http://schemas.microsoft.com/office/word/2010/wordml" w:rsidTr="25AFD489" w14:paraId="25E93759"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3855BFAF"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Verdeling</w:t>
            </w:r>
          </w:p>
        </w:tc>
        <w:tc>
          <w:tcPr>
            <w:tcW w:w="6973" w:type="dxa"/>
            <w:shd w:val="clear" w:color="auto" w:fill="F3F7F8"/>
            <w:tcMar>
              <w:top w:w="100" w:type="dxa"/>
              <w:left w:w="120" w:type="dxa"/>
              <w:start w:w="120" w:type="dxa"/>
              <w:bottom w:w="100" w:type="dxa"/>
              <w:right w:w="120" w:type="dxa"/>
              <w:end w:w="120" w:type="dxa"/>
            </w:tcMar>
            <w:vAlign w:val="center"/>
          </w:tcPr>
          <w:p w:rsidP="25AFD489" w14:paraId="7B1CADDE" wp14:textId="454DBECC">
            <w:pPr>
              <w:spacing w:after="0"/>
              <w:rPr>
                <w:rFonts w:ascii="Fira Sans" w:hAnsi="Fira Sans" w:eastAsia="Fira Sans" w:cs="Fira Sans"/>
                <w:noProof w:val="0"/>
                <w:lang w:val="nl-NL"/>
              </w:rPr>
            </w:pPr>
            <w:r w:rsidRPr="25AFD489" w:rsidR="25AFD489">
              <w:rPr>
                <w:rFonts w:ascii="Fira Sans" w:hAnsi="Fira Sans" w:eastAsia="Fira Sans" w:cs="Fira Sans"/>
                <w:noProof w:val="0"/>
                <w:lang w:val="nl-NL"/>
              </w:rPr>
              <w:t xml:space="preserve">Op </w:t>
            </w:r>
            <w:r w:rsidRPr="25AFD489" w:rsidR="25AFD489">
              <w:rPr>
                <w:rFonts w:ascii="Fira Sans" w:hAnsi="Fira Sans" w:eastAsia="Fira Sans" w:cs="Fira Sans"/>
                <w:noProof w:val="0"/>
                <w:lang w:val="nl-NL"/>
              </w:rPr>
              <w:t>volgorde</w:t>
            </w:r>
            <w:r w:rsidRPr="25AFD489" w:rsidR="25AFD489">
              <w:rPr>
                <w:rFonts w:ascii="Fira Sans" w:hAnsi="Fira Sans" w:eastAsia="Fira Sans" w:cs="Fira Sans"/>
                <w:noProof w:val="0"/>
                <w:lang w:val="nl-NL"/>
              </w:rPr>
              <w:t xml:space="preserve"> van </w:t>
            </w:r>
            <w:r w:rsidRPr="25AFD489" w:rsidR="25AFD489">
              <w:rPr>
                <w:rFonts w:ascii="Fira Sans" w:hAnsi="Fira Sans" w:eastAsia="Fira Sans" w:cs="Fira Sans"/>
                <w:noProof w:val="0"/>
                <w:lang w:val="nl-NL"/>
              </w:rPr>
              <w:t>ontvangst</w:t>
            </w:r>
            <w:r w:rsidRPr="25AFD489" w:rsidR="25AFD489">
              <w:rPr>
                <w:rFonts w:ascii="Fira Sans" w:hAnsi="Fira Sans" w:eastAsia="Fira Sans" w:cs="Fira Sans"/>
                <w:noProof w:val="0"/>
                <w:lang w:val="nl-NL"/>
              </w:rPr>
              <w:t xml:space="preserve"> van complete </w:t>
            </w:r>
            <w:r w:rsidRPr="25AFD489" w:rsidR="25AFD489">
              <w:rPr>
                <w:rFonts w:ascii="Fira Sans" w:hAnsi="Fira Sans" w:eastAsia="Fira Sans" w:cs="Fira Sans"/>
                <w:noProof w:val="0"/>
                <w:lang w:val="nl-NL"/>
              </w:rPr>
              <w:t>aanvragen</w:t>
            </w:r>
            <w:r w:rsidRPr="25AFD489" w:rsidR="25AFD489">
              <w:rPr>
                <w:rFonts w:ascii="Fira Sans" w:hAnsi="Fira Sans" w:eastAsia="Fira Sans" w:cs="Fira Sans"/>
                <w:noProof w:val="0"/>
                <w:lang w:val="nl-NL"/>
              </w:rPr>
              <w:t xml:space="preserve"> </w:t>
            </w:r>
            <w:r w:rsidRPr="25AFD489" w:rsidR="25AFD489">
              <w:rPr>
                <w:rFonts w:ascii="Fira Sans" w:hAnsi="Fira Sans" w:eastAsia="Fira Sans" w:cs="Fira Sans"/>
                <w:noProof w:val="0"/>
                <w:lang w:val="nl-NL"/>
              </w:rPr>
              <w:t>en</w:t>
            </w:r>
            <w:r w:rsidRPr="25AFD489" w:rsidR="25AFD489">
              <w:rPr>
                <w:rFonts w:ascii="Fira Sans" w:hAnsi="Fira Sans" w:eastAsia="Fira Sans" w:cs="Fira Sans"/>
                <w:noProof w:val="0"/>
                <w:lang w:val="nl-NL"/>
              </w:rPr>
              <w:t xml:space="preserve"> </w:t>
            </w:r>
            <w:r w:rsidRPr="25AFD489" w:rsidR="25AFD489">
              <w:rPr>
                <w:rFonts w:ascii="Fira Sans" w:hAnsi="Fira Sans" w:eastAsia="Fira Sans" w:cs="Fira Sans"/>
                <w:noProof w:val="0"/>
                <w:lang w:val="nl-NL"/>
              </w:rPr>
              <w:t>na</w:t>
            </w:r>
            <w:r w:rsidRPr="25AFD489" w:rsidR="25AFD489">
              <w:rPr>
                <w:rFonts w:ascii="Fira Sans" w:hAnsi="Fira Sans" w:eastAsia="Fira Sans" w:cs="Fira Sans"/>
                <w:noProof w:val="0"/>
                <w:lang w:val="nl-NL"/>
              </w:rPr>
              <w:t xml:space="preserve"> </w:t>
            </w:r>
            <w:r w:rsidRPr="25AFD489" w:rsidR="25AFD489">
              <w:rPr>
                <w:rFonts w:ascii="Fira Sans" w:hAnsi="Fira Sans" w:eastAsia="Fira Sans" w:cs="Fira Sans"/>
                <w:noProof w:val="0"/>
                <w:lang w:val="nl-NL"/>
              </w:rPr>
              <w:t>inhoudelijke</w:t>
            </w:r>
            <w:r w:rsidRPr="25AFD489" w:rsidR="25AFD489">
              <w:rPr>
                <w:rFonts w:ascii="Fira Sans" w:hAnsi="Fira Sans" w:eastAsia="Fira Sans" w:cs="Fira Sans"/>
                <w:noProof w:val="0"/>
                <w:lang w:val="nl-NL"/>
              </w:rPr>
              <w:t xml:space="preserve"> </w:t>
            </w:r>
            <w:r w:rsidRPr="25AFD489" w:rsidR="25AFD489">
              <w:rPr>
                <w:rFonts w:ascii="Fira Sans" w:hAnsi="Fira Sans" w:eastAsia="Fira Sans" w:cs="Fira Sans"/>
                <w:noProof w:val="0"/>
                <w:lang w:val="nl-NL"/>
              </w:rPr>
              <w:t>beoordeling</w:t>
            </w:r>
            <w:r w:rsidRPr="25AFD489" w:rsidR="25AFD489">
              <w:rPr>
                <w:rFonts w:ascii="Fira Sans" w:hAnsi="Fira Sans" w:eastAsia="Fira Sans" w:cs="Fira Sans"/>
                <w:noProof w:val="0"/>
                <w:lang w:val="nl-NL"/>
              </w:rPr>
              <w:t>.</w:t>
            </w:r>
          </w:p>
        </w:tc>
      </w:tr>
      <w:tr xmlns:wp14="http://schemas.microsoft.com/office/word/2010/wordml" w:rsidTr="25AFD489" w14:paraId="02A797E5"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00745B89"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Beoordeling</w:t>
            </w:r>
          </w:p>
        </w:tc>
        <w:tc>
          <w:tcPr>
            <w:tcW w:w="6973" w:type="dxa"/>
            <w:shd w:val="clear" w:color="auto" w:fill="E9F1F3"/>
            <w:tcMar>
              <w:top w:w="100" w:type="dxa"/>
              <w:left w:w="120" w:type="dxa"/>
              <w:start w:w="120" w:type="dxa"/>
              <w:bottom w:w="100" w:type="dxa"/>
              <w:right w:w="120" w:type="dxa"/>
              <w:end w:w="120" w:type="dxa"/>
            </w:tcMar>
            <w:vAlign w:val="center"/>
          </w:tcPr>
          <w:p w:rsidP="25AFD489" w14:paraId="208D59EC" wp14:textId="3AAE20F5">
            <w:pPr>
              <w:pStyle w:val="ListBullet"/>
              <w:spacing w:after="40"/>
              <w:rPr>
                <w:rFonts w:ascii="Fira Sans" w:hAnsi="Fira Sans" w:eastAsia="Fira Sans" w:cs="Fira Sans"/>
                <w:noProof w:val="0"/>
                <w:lang w:val="nl-NL"/>
              </w:rPr>
            </w:pPr>
            <w:r w:rsidRPr="25AFD489" w:rsidR="20913022">
              <w:rPr>
                <w:rFonts w:ascii="Fira Sans" w:hAnsi="Fira Sans" w:eastAsia="Fira Sans" w:cs="Fira Sans"/>
                <w:noProof w:val="0"/>
                <w:lang w:val="nl-NL"/>
              </w:rPr>
              <w:t xml:space="preserve">bijdrage aan de </w:t>
            </w:r>
            <w:r w:rsidRPr="25AFD489" w:rsidR="20913022">
              <w:rPr>
                <w:rFonts w:ascii="Fira Sans" w:hAnsi="Fira Sans" w:eastAsia="Fira Sans" w:cs="Fira Sans"/>
                <w:noProof w:val="0"/>
                <w:lang w:val="nl-NL"/>
              </w:rPr>
              <w:t>Roadmap</w:t>
            </w:r>
            <w:r w:rsidRPr="25AFD489" w:rsidR="20913022">
              <w:rPr>
                <w:rFonts w:ascii="Fira Sans" w:hAnsi="Fira Sans" w:eastAsia="Fira Sans" w:cs="Fira Sans"/>
                <w:noProof w:val="0"/>
                <w:lang w:val="nl-NL"/>
              </w:rPr>
              <w:t xml:space="preserve"> Defensie-innovatie Flevoland;</w:t>
            </w:r>
          </w:p>
          <w:p w:rsidP="25AFD489" w14:paraId="7700A4B2" wp14:textId="400FF557">
            <w:pPr>
              <w:pStyle w:val="ListBullet"/>
              <w:spacing w:after="40"/>
              <w:rPr>
                <w:rFonts w:ascii="Fira Sans" w:hAnsi="Fira Sans" w:eastAsia="Fira Sans" w:cs="Fira Sans"/>
                <w:noProof w:val="0"/>
                <w:lang w:val="nl-NL"/>
              </w:rPr>
            </w:pPr>
            <w:r w:rsidRPr="25AFD489" w:rsidR="20913022">
              <w:rPr>
                <w:rFonts w:ascii="Fira Sans" w:hAnsi="Fira Sans" w:eastAsia="Fira Sans" w:cs="Fira Sans"/>
                <w:noProof w:val="0"/>
                <w:lang w:val="nl-NL"/>
              </w:rPr>
              <w:t xml:space="preserve">de mate waarin de innovatie en de voorgenomen activiteiten bijdragen aan een </w:t>
            </w:r>
            <w:r w:rsidRPr="25AFD489" w:rsidR="20913022">
              <w:rPr>
                <w:rFonts w:ascii="Fira Sans" w:hAnsi="Fira Sans" w:eastAsia="Fira Sans" w:cs="Fira Sans"/>
                <w:noProof w:val="0"/>
                <w:lang w:val="nl-NL"/>
              </w:rPr>
              <w:t>dual-use</w:t>
            </w:r>
            <w:r w:rsidRPr="25AFD489" w:rsidR="20913022">
              <w:rPr>
                <w:rFonts w:ascii="Fira Sans" w:hAnsi="Fira Sans" w:eastAsia="Fira Sans" w:cs="Fira Sans"/>
                <w:noProof w:val="0"/>
                <w:lang w:val="nl-NL"/>
              </w:rPr>
              <w:t xml:space="preserve"> toepassing;</w:t>
            </w:r>
          </w:p>
          <w:p w:rsidP="25AFD489" w14:paraId="09AB74CE" wp14:textId="43869967">
            <w:pPr>
              <w:pStyle w:val="ListBullet"/>
              <w:spacing w:after="40"/>
              <w:rPr>
                <w:rFonts w:ascii="Fira Sans" w:hAnsi="Fira Sans" w:eastAsia="Fira Sans" w:cs="Fira Sans"/>
                <w:noProof w:val="0"/>
                <w:lang w:val="nl-NL"/>
              </w:rPr>
            </w:pPr>
            <w:r w:rsidRPr="25AFD489" w:rsidR="20913022">
              <w:rPr>
                <w:rFonts w:ascii="Fira Sans" w:hAnsi="Fira Sans" w:eastAsia="Fira Sans" w:cs="Fira Sans"/>
                <w:noProof w:val="0"/>
                <w:lang w:val="nl-NL"/>
              </w:rPr>
              <w:t>de kwaliteit van de aanvraag;</w:t>
            </w:r>
          </w:p>
          <w:p w:rsidP="25AFD489" w14:paraId="669EB588" wp14:textId="242B435F">
            <w:pPr>
              <w:pStyle w:val="ListBullet"/>
              <w:spacing w:after="40"/>
              <w:rPr>
                <w:rFonts w:ascii="Fira Sans" w:hAnsi="Fira Sans" w:eastAsia="Fira Sans" w:cs="Fira Sans"/>
                <w:noProof w:val="0"/>
                <w:lang w:val="nl-NL"/>
              </w:rPr>
            </w:pPr>
            <w:r w:rsidRPr="25AFD489" w:rsidR="20913022">
              <w:rPr>
                <w:rFonts w:ascii="Fira Sans" w:hAnsi="Fira Sans" w:eastAsia="Fira Sans" w:cs="Fira Sans"/>
                <w:noProof w:val="0"/>
                <w:lang w:val="nl-NL"/>
              </w:rPr>
              <w:t>de</w:t>
            </w:r>
            <w:r w:rsidRPr="25AFD489" w:rsidR="20913022">
              <w:rPr>
                <w:rFonts w:ascii="Fira Sans" w:hAnsi="Fira Sans" w:eastAsia="Fira Sans" w:cs="Fira Sans"/>
                <w:noProof w:val="0"/>
                <w:lang w:val="nl-NL"/>
              </w:rPr>
              <w:t xml:space="preserve"> haalbaarheid van het project in tijd, personen en middelen;</w:t>
            </w:r>
          </w:p>
          <w:p w:rsidP="25AFD489" w14:paraId="167F7E70" wp14:textId="736C40AE">
            <w:pPr>
              <w:pStyle w:val="ListBullet"/>
              <w:spacing w:after="40"/>
              <w:rPr>
                <w:rFonts w:ascii="Fira Sans" w:hAnsi="Fira Sans" w:eastAsia="Fira Sans" w:cs="Fira Sans"/>
                <w:noProof w:val="0"/>
                <w:lang w:val="nl-NL"/>
              </w:rPr>
            </w:pPr>
            <w:r w:rsidRPr="25AFD489" w:rsidR="20913022">
              <w:rPr>
                <w:rFonts w:ascii="Fira Sans" w:hAnsi="Fira Sans" w:eastAsia="Fira Sans" w:cs="Fira Sans"/>
                <w:noProof w:val="0"/>
                <w:lang w:val="nl-NL"/>
              </w:rPr>
              <w:t xml:space="preserve">(de </w:t>
            </w:r>
            <w:r w:rsidRPr="25AFD489" w:rsidR="20913022">
              <w:rPr>
                <w:rFonts w:ascii="Fira Sans" w:hAnsi="Fira Sans" w:eastAsia="Fira Sans" w:cs="Fira Sans"/>
                <w:noProof w:val="0"/>
                <w:lang w:val="nl-NL"/>
              </w:rPr>
              <w:t>passendheid</w:t>
            </w:r>
            <w:r w:rsidRPr="25AFD489" w:rsidR="20913022">
              <w:rPr>
                <w:rFonts w:ascii="Fira Sans" w:hAnsi="Fira Sans" w:eastAsia="Fira Sans" w:cs="Fira Sans"/>
                <w:noProof w:val="0"/>
                <w:lang w:val="nl-NL"/>
              </w:rPr>
              <w:t xml:space="preserve"> van de externe expert, kennisleverancier of dienstverlener).</w:t>
            </w:r>
          </w:p>
        </w:tc>
      </w:tr>
      <w:tr xmlns:wp14="http://schemas.microsoft.com/office/word/2010/wordml" w:rsidTr="25AFD489" w14:paraId="0252144D"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511EBE65"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Budget</w:t>
            </w:r>
          </w:p>
        </w:tc>
        <w:tc>
          <w:tcPr>
            <w:tcW w:w="6973" w:type="dxa"/>
            <w:shd w:val="clear" w:color="auto" w:fill="F3F7F8"/>
            <w:tcMar>
              <w:top w:w="100" w:type="dxa"/>
              <w:left w:w="120" w:type="dxa"/>
              <w:start w:w="120" w:type="dxa"/>
              <w:bottom w:w="100" w:type="dxa"/>
              <w:right w:w="120" w:type="dxa"/>
              <w:end w:w="120" w:type="dxa"/>
            </w:tcMar>
            <w:vAlign w:val="center"/>
          </w:tcPr>
          <w:p w:rsidP="25AFD489" w14:paraId="46E4F3CF" wp14:textId="591592FC">
            <w:pPr>
              <w:spacing w:after="0"/>
              <w:rPr>
                <w:rFonts w:ascii="Fira Sans" w:hAnsi="Fira Sans" w:eastAsia="Fira Sans" w:cs="Fira Sans"/>
                <w:noProof w:val="0"/>
                <w:lang w:val="nl-NL"/>
              </w:rPr>
            </w:pPr>
            <w:r w:rsidRPr="25AFD489" w:rsidR="25AFD489">
              <w:rPr>
                <w:rFonts w:ascii="Fira Sans" w:hAnsi="Fira Sans" w:eastAsia="Fira Sans" w:cs="Fira Sans"/>
                <w:noProof w:val="0"/>
                <w:lang w:val="nl-NL"/>
              </w:rPr>
              <w:t>Totaalplafond</w:t>
            </w:r>
            <w:r w:rsidRPr="25AFD489" w:rsidR="25AFD489">
              <w:rPr>
                <w:rFonts w:ascii="Fira Sans" w:hAnsi="Fira Sans" w:eastAsia="Fira Sans" w:cs="Fira Sans"/>
                <w:noProof w:val="0"/>
                <w:lang w:val="nl-NL"/>
              </w:rPr>
              <w:t xml:space="preserve"> € 1.500.000</w:t>
            </w:r>
          </w:p>
        </w:tc>
      </w:tr>
      <w:tr xmlns:wp14="http://schemas.microsoft.com/office/word/2010/wordml" w:rsidTr="25AFD489" w14:paraId="1E25F291" wp14:textId="77777777">
        <w:trPr>
          <w:cantSplit/>
        </w:trPr>
        <w:tc>
          <w:tcPr>
            <w:tcW w:w="2381" w:type="dxa"/>
            <w:shd w:val="clear" w:color="auto" w:fill="2C6674"/>
            <w:tcMar>
              <w:top w:w="100" w:type="dxa"/>
              <w:left w:w="120" w:type="dxa"/>
              <w:start w:w="120" w:type="dxa"/>
              <w:bottom w:w="100" w:type="dxa"/>
              <w:right w:w="120" w:type="dxa"/>
              <w:end w:w="120" w:type="dxa"/>
            </w:tcMar>
            <w:vAlign w:val="center"/>
          </w:tcPr>
          <w:p w:rsidP="25AFD489" w14:paraId="398817B0" wp14:textId="77777777">
            <w:pPr>
              <w:pStyle w:val="Kernlabel"/>
              <w:rPr>
                <w:rFonts w:ascii="Fira Sans" w:hAnsi="Fira Sans" w:eastAsia="Fira Sans" w:cs="Fira Sans"/>
                <w:noProof w:val="0"/>
                <w:lang w:val="nl-NL"/>
              </w:rPr>
            </w:pPr>
            <w:r w:rsidRPr="25AFD489" w:rsidR="25AFD489">
              <w:rPr>
                <w:rFonts w:ascii="Fira Sans" w:hAnsi="Fira Sans" w:eastAsia="Fira Sans" w:cs="Fira Sans"/>
                <w:noProof w:val="0"/>
                <w:lang w:val="nl-NL"/>
              </w:rPr>
              <w:t>Beheerautoriteit</w:t>
            </w:r>
          </w:p>
        </w:tc>
        <w:tc>
          <w:tcPr>
            <w:tcW w:w="6973" w:type="dxa"/>
            <w:shd w:val="clear" w:color="auto" w:fill="E9F1F3"/>
            <w:tcMar>
              <w:top w:w="100" w:type="dxa"/>
              <w:left w:w="120" w:type="dxa"/>
              <w:start w:w="120" w:type="dxa"/>
              <w:bottom w:w="100" w:type="dxa"/>
              <w:right w:w="120" w:type="dxa"/>
              <w:end w:w="120" w:type="dxa"/>
            </w:tcMar>
            <w:vAlign w:val="center"/>
          </w:tcPr>
          <w:p w:rsidP="25AFD489" w14:paraId="787768EE" wp14:textId="77777777">
            <w:pPr>
              <w:spacing w:after="0"/>
              <w:rPr>
                <w:rFonts w:ascii="Fira Sans" w:hAnsi="Fira Sans" w:eastAsia="Fira Sans" w:cs="Fira Sans"/>
                <w:noProof w:val="0"/>
                <w:lang w:val="nl-NL"/>
              </w:rPr>
            </w:pPr>
            <w:r w:rsidRPr="25AFD489" w:rsidR="25AFD489">
              <w:rPr>
                <w:rFonts w:ascii="Fira Sans" w:hAnsi="Fira Sans" w:eastAsia="Fira Sans" w:cs="Fira Sans"/>
                <w:noProof w:val="0"/>
                <w:lang w:val="nl-NL"/>
              </w:rPr>
              <w:t>Gemeente Rotterdam, handelend als Beheerautoriteit van Kansen voor West III</w:t>
            </w:r>
          </w:p>
        </w:tc>
      </w:tr>
    </w:tbl>
    <w:p xmlns:wp14="http://schemas.microsoft.com/office/word/2010/wordml" w:rsidP="25AFD489" w14:paraId="672A6659" wp14:textId="77777777">
      <w:pPr>
        <w:rPr>
          <w:rFonts w:ascii="Fira Sans" w:hAnsi="Fira Sans" w:eastAsia="Fira Sans" w:cs="Fira Sans"/>
          <w:noProof w:val="0"/>
          <w:lang w:val="nl-NL"/>
        </w:rPr>
      </w:pPr>
    </w:p>
    <w:p xmlns:wp14="http://schemas.microsoft.com/office/word/2010/wordml" w:rsidP="25AFD489" w14:paraId="0A37501D" wp14:textId="77777777">
      <w:pPr>
        <w:rPr>
          <w:rFonts w:ascii="Fira Sans" w:hAnsi="Fira Sans" w:eastAsia="Fira Sans" w:cs="Fira Sans"/>
          <w:noProof w:val="0"/>
          <w:lang w:val="nl-NL"/>
        </w:rPr>
      </w:pPr>
      <w:r w:rsidRPr="25AFD489">
        <w:rPr>
          <w:rFonts w:ascii="Fira Sans" w:hAnsi="Fira Sans" w:eastAsia="Fira Sans" w:cs="Fira Sans"/>
          <w:noProof w:val="0"/>
          <w:lang w:val="nl-NL"/>
        </w:rPr>
        <w:br w:type="page"/>
      </w:r>
    </w:p>
    <w:p xmlns:wp14="http://schemas.microsoft.com/office/word/2010/wordml" w:rsidP="25AFD489" w14:paraId="1A963D29" wp14:textId="77777777">
      <w:pPr>
        <w:pStyle w:val="Heading1"/>
        <w:rPr>
          <w:rFonts w:ascii="Fira Sans" w:hAnsi="Fira Sans" w:eastAsia="Fira Sans" w:cs="Fira Sans"/>
          <w:noProof w:val="0"/>
          <w:lang w:val="nl-NL"/>
        </w:rPr>
      </w:pPr>
      <w:r w:rsidRPr="25AFD489" w:rsidR="25AFD489">
        <w:rPr>
          <w:rFonts w:ascii="Fira Sans" w:hAnsi="Fira Sans" w:eastAsia="Fira Sans" w:cs="Fira Sans"/>
          <w:noProof w:val="0"/>
          <w:lang w:val="nl-NL"/>
        </w:rPr>
        <w:t>2. Begrippen en scope</w:t>
      </w:r>
    </w:p>
    <w:p xmlns:wp14="http://schemas.microsoft.com/office/word/2010/wordml" w:rsidP="25AFD489" w14:paraId="2C349C8F" wp14:textId="77777777">
      <w:pPr>
        <w:pStyle w:val="Heading2"/>
        <w:rPr>
          <w:rFonts w:ascii="Fira Sans" w:hAnsi="Fira Sans" w:eastAsia="Fira Sans" w:cs="Fira Sans"/>
          <w:noProof w:val="0"/>
          <w:lang w:val="nl-NL"/>
        </w:rPr>
      </w:pPr>
      <w:r w:rsidRPr="25AFD489" w:rsidR="25AFD489">
        <w:rPr>
          <w:rFonts w:ascii="Fira Sans" w:hAnsi="Fira Sans" w:eastAsia="Fira Sans" w:cs="Fira Sans"/>
          <w:noProof w:val="0"/>
          <w:lang w:val="nl-NL"/>
        </w:rPr>
        <w:t>2.1 Dual-use</w:t>
      </w:r>
    </w:p>
    <w:p xmlns:wp14="http://schemas.microsoft.com/office/word/2010/wordml" w:rsidP="25AFD489" w14:paraId="359E501D"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Producten, diensten, processen, software of technologieën die zowel een civiele als een defensie- of veiligheidstoepassing kunnen hebben.</w:t>
      </w:r>
    </w:p>
    <w:p xmlns:wp14="http://schemas.microsoft.com/office/word/2010/wordml" w:rsidP="25AFD489" w14:paraId="6CEB8E50" wp14:textId="77777777">
      <w:pPr>
        <w:pStyle w:val="Heading2"/>
        <w:rPr>
          <w:rFonts w:ascii="Fira Sans" w:hAnsi="Fira Sans" w:eastAsia="Fira Sans" w:cs="Fira Sans"/>
          <w:noProof w:val="0"/>
          <w:lang w:val="nl-NL"/>
        </w:rPr>
      </w:pPr>
      <w:r w:rsidRPr="25AFD489" w:rsidR="25AFD489">
        <w:rPr>
          <w:rFonts w:ascii="Fira Sans" w:hAnsi="Fira Sans" w:eastAsia="Fira Sans" w:cs="Fira Sans"/>
          <w:noProof w:val="0"/>
          <w:lang w:val="nl-NL"/>
        </w:rPr>
        <w:t>2.2 Innovatie</w:t>
      </w:r>
    </w:p>
    <w:p xmlns:wp14="http://schemas.microsoft.com/office/word/2010/wordml" w:rsidP="25AFD489" w14:paraId="7D22F503"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Een technologisch nieuw product, productieproces of dienst, of een wezenlijk nieuwe toepassing van een bestaand product, productieproces of dienst.</w:t>
      </w:r>
    </w:p>
    <w:p xmlns:wp14="http://schemas.microsoft.com/office/word/2010/wordml" w:rsidP="25AFD489" w14:paraId="498E3668" wp14:textId="77777777">
      <w:pPr>
        <w:pStyle w:val="Heading2"/>
        <w:rPr>
          <w:rFonts w:ascii="Fira Sans" w:hAnsi="Fira Sans" w:eastAsia="Fira Sans" w:cs="Fira Sans"/>
          <w:noProof w:val="0"/>
          <w:lang w:val="nl-NL"/>
        </w:rPr>
      </w:pPr>
      <w:r w:rsidRPr="25AFD489" w:rsidR="25AFD489">
        <w:rPr>
          <w:rFonts w:ascii="Fira Sans" w:hAnsi="Fira Sans" w:eastAsia="Fira Sans" w:cs="Fira Sans"/>
          <w:noProof w:val="0"/>
          <w:lang w:val="nl-NL"/>
        </w:rPr>
        <w:t>2.3 Passende dienstverlener</w:t>
      </w:r>
    </w:p>
    <w:p xmlns:wp14="http://schemas.microsoft.com/office/word/2010/wordml" w:rsidP="25AFD489" w14:paraId="3BD0BAA3"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Een kennisinstelling, fieldlab, testfaciliteit, defensieorganisatie, veiligheidsorganisatie, industriële partner, prime contractor of andere organisatie die aantoonbaar beschikt over de expertise om de relevantie, uitvoering of resultaten van het voucherproject te beoordelen. De keuze wordt gemotiveerd in de aanvraag en beoordeeld door de beoordelingsgroep.</w:t>
      </w:r>
    </w:p>
    <w:p xmlns:wp14="http://schemas.microsoft.com/office/word/2010/wordml" w:rsidP="25AFD489" w14:paraId="04F8F91C" wp14:textId="77777777">
      <w:pPr>
        <w:pStyle w:val="Heading1"/>
        <w:rPr>
          <w:rFonts w:ascii="Fira Sans" w:hAnsi="Fira Sans" w:eastAsia="Fira Sans" w:cs="Fira Sans"/>
          <w:noProof w:val="0"/>
          <w:lang w:val="nl-NL"/>
        </w:rPr>
      </w:pPr>
      <w:r w:rsidRPr="25AFD489" w:rsidR="25AFD489">
        <w:rPr>
          <w:rFonts w:ascii="Fira Sans" w:hAnsi="Fira Sans" w:eastAsia="Fira Sans" w:cs="Fira Sans"/>
          <w:noProof w:val="0"/>
          <w:lang w:val="nl-NL"/>
        </w:rPr>
        <w:t>3. Doelgroep en voorwaarden voor aanvragers</w:t>
      </w:r>
    </w:p>
    <w:p xmlns:wp14="http://schemas.microsoft.com/office/word/2010/wordml" w:rsidP="25AFD489" w14:paraId="189F9028"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Een voucher kan worden verstrekt aan een onderneming die:</w:t>
      </w:r>
    </w:p>
    <w:p xmlns:wp14="http://schemas.microsoft.com/office/word/2010/wordml" w:rsidP="25AFD489" w14:paraId="386007D1"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is gevestigd in of aantoonbaar actief is of wordt in de provincie Flevoland;</w:t>
      </w:r>
    </w:p>
    <w:p xmlns:wp14="http://schemas.microsoft.com/office/word/2010/wordml" w:rsidP="25AFD489" w14:paraId="4E6F4767"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een aanvraag indient voor een civiele innovatie met concrete defensie- of veiligheidsrelevantie;</w:t>
      </w:r>
    </w:p>
    <w:p xmlns:wp14="http://schemas.microsoft.com/office/word/2010/wordml" w:rsidP="25AFD489" w14:paraId="0F4A53E4"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met de projectactiviteiten aantoonbaar bijdraagt aan de ontwikkeling, realisatie of voorbereiding van een dual-use toepassing;</w:t>
      </w:r>
    </w:p>
    <w:p xmlns:wp14="http://schemas.microsoft.com/office/word/2010/wordml" w:rsidP="25AFD489" w14:paraId="5EF4559B"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bijdraagt aan de versterking van het Flevolandse bedrijfsleven en past binnen de Roadmap Defensie-innovatie Flevoland;</w:t>
      </w:r>
    </w:p>
    <w:p xmlns:wp14="http://schemas.microsoft.com/office/word/2010/wordml" w:rsidP="25AFD489" w14:paraId="22F22C73"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 xml:space="preserve">voldoet aan de voorwaarden van de </w:t>
      </w:r>
      <w:hyperlink r:id="Rcdb33bc4f3a2429b">
        <w:r w:rsidRPr="25AFD489" w:rsidR="25AFD489">
          <w:rPr>
            <w:rStyle w:val="Hyperlink"/>
            <w:noProof w:val="0"/>
            <w:lang w:val="nl-NL"/>
          </w:rPr>
          <w:t>de-minimisverordening.</w:t>
        </w:r>
      </w:hyperlink>
    </w:p>
    <w:p xmlns:wp14="http://schemas.microsoft.com/office/word/2010/wordml" w:rsidP="25AFD489" w14:paraId="68190539"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Een onderneming kan gedurende de looptijd van de openstelling maximaal eenmaal in aanmerking komen voor ieder type voucher.</w:t>
      </w:r>
    </w:p>
    <w:p xmlns:wp14="http://schemas.microsoft.com/office/word/2010/wordml" w:rsidP="25AFD489" w14:paraId="614E6A67" wp14:textId="77777777">
      <w:pPr>
        <w:pStyle w:val="Heading1"/>
        <w:rPr>
          <w:rFonts w:ascii="Fira Sans" w:hAnsi="Fira Sans" w:eastAsia="Fira Sans" w:cs="Fira Sans"/>
          <w:noProof w:val="0"/>
          <w:lang w:val="nl-NL"/>
        </w:rPr>
      </w:pPr>
      <w:r w:rsidRPr="25AFD489" w:rsidR="25AFD489">
        <w:rPr>
          <w:rFonts w:ascii="Fira Sans" w:hAnsi="Fira Sans" w:eastAsia="Fira Sans" w:cs="Fira Sans"/>
          <w:noProof w:val="0"/>
          <w:lang w:val="nl-NL"/>
        </w:rPr>
        <w:t>5. Type vouchers</w:t>
      </w:r>
    </w:p>
    <w:p xmlns:wp14="http://schemas.microsoft.com/office/word/2010/wordml" w:rsidP="25AFD489" w14:paraId="269DCFD9" wp14:textId="77777777">
      <w:pPr>
        <w:pStyle w:val="Heading2"/>
        <w:rPr>
          <w:rFonts w:ascii="Fira Sans" w:hAnsi="Fira Sans" w:eastAsia="Fira Sans" w:cs="Fira Sans"/>
          <w:noProof w:val="0"/>
          <w:lang w:val="nl-NL"/>
        </w:rPr>
      </w:pPr>
      <w:r w:rsidRPr="25AFD489" w:rsidR="25AFD489">
        <w:rPr>
          <w:rFonts w:ascii="Fira Sans" w:hAnsi="Fira Sans" w:eastAsia="Fira Sans" w:cs="Fira Sans"/>
          <w:noProof w:val="0"/>
          <w:lang w:val="nl-NL"/>
        </w:rPr>
        <w:t>5.1 Adviesvoucher</w:t>
      </w:r>
    </w:p>
    <w:p xmlns:wp14="http://schemas.microsoft.com/office/word/2010/wordml" w:rsidP="25AFD489" w14:paraId="63325CEE"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Maximale subsidie: € 25.000.</w:t>
      </w:r>
    </w:p>
    <w:p xmlns:wp14="http://schemas.microsoft.com/office/word/2010/wordml" w:rsidP="25AFD489" w14:paraId="063E5CAF"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Subsidiepercentage: maximaal 75% van de goedgekeurde offerte.</w:t>
      </w:r>
    </w:p>
    <w:p xmlns:wp14="http://schemas.microsoft.com/office/word/2010/wordml" w:rsidP="25AFD489" w14:paraId="60D8B68F"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Doel: inzet van een externe expert, kennisleverancier of dienstverlener voor het verkennen, onderbouwen of positioneren van een dual-use toepassing en het voorbereiden van een concreet pad richting test, validatie, demonstratie of vervolgfinanciering.</w:t>
      </w:r>
    </w:p>
    <w:p xmlns:wp14="http://schemas.microsoft.com/office/word/2010/wordml" w:rsidP="25AFD489" w14:paraId="2B7E2343" wp14:textId="77777777">
      <w:pPr>
        <w:pStyle w:val="Heading2"/>
        <w:rPr>
          <w:rFonts w:ascii="Fira Sans" w:hAnsi="Fira Sans" w:eastAsia="Fira Sans" w:cs="Fira Sans"/>
          <w:noProof w:val="0"/>
          <w:lang w:val="nl-NL"/>
        </w:rPr>
      </w:pPr>
      <w:r w:rsidRPr="25AFD489" w:rsidR="25AFD489">
        <w:rPr>
          <w:rFonts w:ascii="Fira Sans" w:hAnsi="Fira Sans" w:eastAsia="Fira Sans" w:cs="Fira Sans"/>
          <w:noProof w:val="0"/>
          <w:lang w:val="nl-NL"/>
        </w:rPr>
        <w:t>5.2 Innovatievoucher</w:t>
      </w:r>
    </w:p>
    <w:p xmlns:wp14="http://schemas.microsoft.com/office/word/2010/wordml" w:rsidP="25AFD489" w14:paraId="725117D1"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Maximale subsidie: € 50.000.</w:t>
      </w:r>
    </w:p>
    <w:p xmlns:wp14="http://schemas.microsoft.com/office/word/2010/wordml" w:rsidP="25AFD489" w14:paraId="0A8A9648"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Subsidiepercentage: maximaal 75% van de goedgekeurde projectbegroting.</w:t>
      </w:r>
    </w:p>
    <w:p xmlns:wp14="http://schemas.microsoft.com/office/word/2010/wordml" w:rsidP="25AFD489" w14:paraId="5D8CC5BE"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Doel: testen, valideren of demonstreren van een civiele innovatie in een defensie- of veiligheidscontext.</w:t>
      </w:r>
    </w:p>
    <w:p xmlns:wp14="http://schemas.microsoft.com/office/word/2010/wordml" w:rsidP="25AFD489" w14:paraId="29B9A326" wp14:textId="77777777">
      <w:pPr>
        <w:pStyle w:val="Heading1"/>
        <w:rPr>
          <w:rFonts w:ascii="Fira Sans" w:hAnsi="Fira Sans" w:eastAsia="Fira Sans" w:cs="Fira Sans"/>
          <w:noProof w:val="0"/>
          <w:lang w:val="nl-NL"/>
        </w:rPr>
      </w:pPr>
      <w:r w:rsidRPr="25AFD489" w:rsidR="25AFD489">
        <w:rPr>
          <w:rFonts w:ascii="Fira Sans" w:hAnsi="Fira Sans" w:eastAsia="Fira Sans" w:cs="Fira Sans"/>
          <w:noProof w:val="0"/>
          <w:lang w:val="nl-NL"/>
        </w:rPr>
        <w:t>6. Aanvraagprocedure</w:t>
      </w:r>
    </w:p>
    <w:p xmlns:wp14="http://schemas.microsoft.com/office/word/2010/wordml" w:rsidP="25AFD489" w14:paraId="0C799E9C"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Voor beide typen vouchers geldt een getrapte aanvraagprocedure:</w:t>
      </w:r>
    </w:p>
    <w:p w:rsidR="6CC0B130" w:rsidP="25AFD489" w:rsidRDefault="6CC0B130" w14:paraId="41254A85" w14:textId="335F1EBC">
      <w:pPr>
        <w:pStyle w:val="ListNumber"/>
        <w:spacing w:after="60"/>
        <w:rPr>
          <w:rFonts w:ascii="Fira Sans" w:hAnsi="Fira Sans" w:eastAsia="Fira Sans" w:cs="Fira Sans"/>
          <w:noProof w:val="0"/>
          <w:lang w:val="nl-NL"/>
        </w:rPr>
      </w:pPr>
      <w:r w:rsidRPr="25AFD489" w:rsidR="6CC0B130">
        <w:rPr>
          <w:rFonts w:ascii="Fira Sans" w:hAnsi="Fira Sans" w:eastAsia="Fira Sans" w:cs="Fira Sans"/>
          <w:noProof w:val="0"/>
          <w:lang w:val="nl-NL"/>
        </w:rPr>
        <w:t xml:space="preserve">Eerst vindt een </w:t>
      </w:r>
      <w:r w:rsidRPr="25AFD489" w:rsidR="6CC0B130">
        <w:rPr>
          <w:rFonts w:ascii="Fira Sans" w:hAnsi="Fira Sans" w:eastAsia="Fira Sans" w:cs="Fira Sans"/>
          <w:noProof w:val="0"/>
          <w:lang w:val="nl-NL"/>
        </w:rPr>
        <w:t>intakegesprek met</w:t>
      </w:r>
      <w:r w:rsidRPr="25AFD489" w:rsidR="6CC0B130">
        <w:rPr>
          <w:rFonts w:ascii="Fira Sans" w:hAnsi="Fira Sans" w:eastAsia="Fira Sans" w:cs="Fira Sans"/>
          <w:noProof w:val="0"/>
          <w:lang w:val="nl-NL"/>
        </w:rPr>
        <w:t xml:space="preserve"> de Provincie Flevoland plaats. Daarbij wordt getoetst of het projectidee past. </w:t>
      </w:r>
    </w:p>
    <w:p w:rsidR="6CC0B130" w:rsidP="25AFD489" w:rsidRDefault="6CC0B130" w14:paraId="7E31880E" w14:textId="3D1649AF">
      <w:pPr>
        <w:pStyle w:val="ListParagraph"/>
        <w:numPr>
          <w:ilvl w:val="0"/>
          <w:numId w:val="10"/>
        </w:numPr>
        <w:rPr>
          <w:rFonts w:ascii="Fira Sans" w:hAnsi="Fira Sans" w:eastAsia="Fira Sans" w:cs="Fira Sans"/>
          <w:color w:val="2D3741"/>
          <w:sz w:val="20"/>
          <w:szCs w:val="20"/>
        </w:rPr>
      </w:pPr>
      <w:r w:rsidRPr="25AFD489" w:rsidR="6CC0B130">
        <w:rPr>
          <w:rFonts w:ascii="Fira Sans" w:hAnsi="Fira Sans" w:eastAsia="Fira Sans" w:cs="Fira Sans"/>
        </w:rPr>
        <w:t xml:space="preserve">Na de ontvangst van </w:t>
      </w:r>
      <w:r w:rsidRPr="25AFD489" w:rsidR="6CC0B130">
        <w:rPr>
          <w:rFonts w:ascii="Fira Sans" w:hAnsi="Fira Sans" w:eastAsia="Fira Sans" w:cs="Fira Sans"/>
        </w:rPr>
        <w:t>een</w:t>
      </w:r>
      <w:r w:rsidRPr="25AFD489" w:rsidR="6CC0B130">
        <w:rPr>
          <w:rFonts w:ascii="Fira Sans" w:hAnsi="Fira Sans" w:eastAsia="Fira Sans" w:cs="Fira Sans"/>
        </w:rPr>
        <w:t xml:space="preserve"> </w:t>
      </w:r>
      <w:r w:rsidRPr="25AFD489" w:rsidR="6CC0B130">
        <w:rPr>
          <w:rFonts w:ascii="Fira Sans" w:hAnsi="Fira Sans" w:eastAsia="Fira Sans" w:cs="Fira Sans"/>
        </w:rPr>
        <w:t>ondertekende</w:t>
      </w:r>
      <w:r w:rsidRPr="25AFD489" w:rsidR="6CC0B130">
        <w:rPr>
          <w:rFonts w:ascii="Fira Sans" w:hAnsi="Fira Sans" w:eastAsia="Fira Sans" w:cs="Fira Sans"/>
        </w:rPr>
        <w:t xml:space="preserve"> </w:t>
      </w:r>
      <w:r w:rsidRPr="25AFD489" w:rsidR="6CC0B130">
        <w:rPr>
          <w:rFonts w:ascii="Fira Sans" w:hAnsi="Fira Sans" w:eastAsia="Fira Sans" w:cs="Fira Sans"/>
        </w:rPr>
        <w:t>akkoordverklaring</w:t>
      </w:r>
      <w:r w:rsidRPr="25AFD489" w:rsidR="6CC0B130">
        <w:rPr>
          <w:rFonts w:ascii="Fira Sans" w:hAnsi="Fira Sans" w:eastAsia="Fira Sans" w:cs="Fira Sans"/>
        </w:rPr>
        <w:t xml:space="preserve"> </w:t>
      </w:r>
      <w:r w:rsidRPr="25AFD489" w:rsidR="6CC0B130">
        <w:rPr>
          <w:rFonts w:ascii="Fira Sans" w:hAnsi="Fira Sans" w:eastAsia="Fira Sans" w:cs="Fira Sans"/>
        </w:rPr>
        <w:t>kan</w:t>
      </w:r>
      <w:r w:rsidRPr="25AFD489" w:rsidR="6CC0B130">
        <w:rPr>
          <w:rFonts w:ascii="Fira Sans" w:hAnsi="Fira Sans" w:eastAsia="Fira Sans" w:cs="Fira Sans"/>
        </w:rPr>
        <w:t xml:space="preserve"> de </w:t>
      </w:r>
      <w:r w:rsidRPr="25AFD489" w:rsidR="6CC0B130">
        <w:rPr>
          <w:rFonts w:ascii="Fira Sans" w:hAnsi="Fira Sans" w:eastAsia="Fira Sans" w:cs="Fira Sans"/>
        </w:rPr>
        <w:t>subsidieaanvraag</w:t>
      </w:r>
      <w:r w:rsidRPr="25AFD489" w:rsidR="6CC0B130">
        <w:rPr>
          <w:rFonts w:ascii="Fira Sans" w:hAnsi="Fira Sans" w:eastAsia="Fira Sans" w:cs="Fira Sans"/>
        </w:rPr>
        <w:t xml:space="preserve"> </w:t>
      </w:r>
      <w:r w:rsidRPr="25AFD489" w:rsidR="6CC0B130">
        <w:rPr>
          <w:rFonts w:ascii="Fira Sans" w:hAnsi="Fira Sans" w:eastAsia="Fira Sans" w:cs="Fira Sans"/>
        </w:rPr>
        <w:t>digitaal</w:t>
      </w:r>
      <w:r w:rsidRPr="25AFD489" w:rsidR="6CC0B130">
        <w:rPr>
          <w:rFonts w:ascii="Fira Sans" w:hAnsi="Fira Sans" w:eastAsia="Fira Sans" w:cs="Fira Sans"/>
        </w:rPr>
        <w:t xml:space="preserve"> </w:t>
      </w:r>
      <w:r w:rsidRPr="25AFD489" w:rsidR="6CC0B130">
        <w:rPr>
          <w:rFonts w:ascii="Fira Sans" w:hAnsi="Fira Sans" w:eastAsia="Fira Sans" w:cs="Fira Sans"/>
        </w:rPr>
        <w:t>worden</w:t>
      </w:r>
      <w:r w:rsidRPr="25AFD489" w:rsidR="6CC0B130">
        <w:rPr>
          <w:rFonts w:ascii="Fira Sans" w:hAnsi="Fira Sans" w:eastAsia="Fira Sans" w:cs="Fira Sans"/>
        </w:rPr>
        <w:t xml:space="preserve"> </w:t>
      </w:r>
      <w:r w:rsidRPr="25AFD489" w:rsidR="6CC0B130">
        <w:rPr>
          <w:rFonts w:ascii="Fira Sans" w:hAnsi="Fira Sans" w:eastAsia="Fira Sans" w:cs="Fira Sans"/>
        </w:rPr>
        <w:t>ingediend</w:t>
      </w:r>
      <w:r w:rsidRPr="25AFD489" w:rsidR="6CC0B130">
        <w:rPr>
          <w:rFonts w:ascii="Fira Sans" w:hAnsi="Fira Sans" w:eastAsia="Fira Sans" w:cs="Fira Sans"/>
        </w:rPr>
        <w:t xml:space="preserve"> via het </w:t>
      </w:r>
      <w:hyperlink r:id="R0598517c55c84137">
        <w:r w:rsidRPr="25AFD489" w:rsidR="6CC0B130">
          <w:rPr>
            <w:rStyle w:val="Hyperlink"/>
            <w:rFonts w:ascii="Fira Sans" w:hAnsi="Fira Sans" w:eastAsia="Fira Sans" w:cs="Fira Sans"/>
          </w:rPr>
          <w:t>EFRO-</w:t>
        </w:r>
        <w:r w:rsidRPr="25AFD489" w:rsidR="6CC0B130">
          <w:rPr>
            <w:rStyle w:val="Hyperlink"/>
            <w:rFonts w:ascii="Fira Sans" w:hAnsi="Fira Sans" w:eastAsia="Fira Sans" w:cs="Fira Sans"/>
          </w:rPr>
          <w:t>webportal</w:t>
        </w:r>
        <w:r w:rsidRPr="25AFD489" w:rsidR="6CC0B130">
          <w:rPr>
            <w:rStyle w:val="Hyperlink"/>
            <w:rFonts w:ascii="Fira Sans" w:hAnsi="Fira Sans" w:eastAsia="Fira Sans" w:cs="Fira Sans"/>
          </w:rPr>
          <w:t>.</w:t>
        </w:r>
      </w:hyperlink>
      <w:r w:rsidRPr="25AFD489" w:rsidR="6CC0B130">
        <w:rPr>
          <w:rFonts w:ascii="Fira Sans" w:hAnsi="Fira Sans" w:eastAsia="Fira Sans" w:cs="Fira Sans"/>
        </w:rPr>
        <w:t xml:space="preserve"> </w:t>
      </w:r>
    </w:p>
    <w:p w:rsidR="6CC0B130" w:rsidP="25AFD489" w:rsidRDefault="6CC0B130" w14:paraId="5F7E9BB7" w14:textId="79FB6DB3">
      <w:pPr>
        <w:pStyle w:val="ListParagraph"/>
        <w:numPr>
          <w:ilvl w:val="0"/>
          <w:numId w:val="10"/>
        </w:numPr>
        <w:rPr>
          <w:rFonts w:ascii="Fira Sans" w:hAnsi="Fira Sans" w:eastAsia="Fira Sans" w:cs="Fira Sans"/>
          <w:color w:val="2D3741"/>
          <w:sz w:val="20"/>
          <w:szCs w:val="20"/>
        </w:rPr>
      </w:pPr>
      <w:r w:rsidRPr="25AFD489" w:rsidR="6CC0B130">
        <w:rPr>
          <w:rFonts w:ascii="Fira Sans" w:hAnsi="Fira Sans" w:eastAsia="Fira Sans" w:cs="Fira Sans"/>
        </w:rPr>
        <w:t xml:space="preserve">Compleetheidstoets en beoordeling door de beoordelingsgroep. </w:t>
      </w:r>
    </w:p>
    <w:p w:rsidR="6CC0B130" w:rsidP="25AFD489" w:rsidRDefault="6CC0B130" w14:paraId="5BA2BE2D" w14:textId="7A3CC7AA">
      <w:pPr>
        <w:pStyle w:val="ListParagraph"/>
        <w:numPr>
          <w:ilvl w:val="0"/>
          <w:numId w:val="10"/>
        </w:numPr>
        <w:rPr>
          <w:rFonts w:ascii="Fira Sans" w:hAnsi="Fira Sans" w:eastAsia="Fira Sans" w:cs="Fira Sans"/>
          <w:color w:val="2D3741"/>
          <w:sz w:val="20"/>
          <w:szCs w:val="20"/>
        </w:rPr>
      </w:pPr>
      <w:r w:rsidRPr="25AFD489" w:rsidR="6CC0B130">
        <w:rPr>
          <w:rFonts w:ascii="Fira Sans" w:hAnsi="Fira Sans" w:eastAsia="Fira Sans" w:cs="Fira Sans"/>
        </w:rPr>
        <w:t>Verlening</w:t>
      </w:r>
      <w:r w:rsidRPr="25AFD489" w:rsidR="0D3416B3">
        <w:rPr>
          <w:rFonts w:ascii="Fira Sans" w:hAnsi="Fira Sans" w:eastAsia="Fira Sans" w:cs="Fira Sans"/>
        </w:rPr>
        <w:t xml:space="preserve"> van 50% voorschot</w:t>
      </w:r>
    </w:p>
    <w:p xmlns:wp14="http://schemas.microsoft.com/office/word/2010/wordml" w:rsidP="25AFD489" w14:paraId="563DFCE7" wp14:textId="77777777">
      <w:pPr>
        <w:pStyle w:val="Heading1"/>
        <w:rPr>
          <w:rFonts w:ascii="Fira Sans" w:hAnsi="Fira Sans" w:eastAsia="Fira Sans" w:cs="Fira Sans"/>
          <w:noProof w:val="0"/>
          <w:lang w:val="nl-NL"/>
        </w:rPr>
      </w:pPr>
      <w:r w:rsidRPr="25AFD489" w:rsidR="25AFD489">
        <w:rPr>
          <w:rFonts w:ascii="Fira Sans" w:hAnsi="Fira Sans" w:eastAsia="Fira Sans" w:cs="Fira Sans"/>
          <w:noProof w:val="0"/>
          <w:lang w:val="nl-NL"/>
        </w:rPr>
        <w:t>7. Vereiste documenten</w:t>
      </w:r>
    </w:p>
    <w:p xmlns:wp14="http://schemas.microsoft.com/office/word/2010/wordml" w:rsidP="25AFD489" w14:paraId="02EB1220" wp14:textId="77777777">
      <w:pPr>
        <w:pStyle w:val="Heading2"/>
        <w:rPr>
          <w:rFonts w:ascii="Fira Sans" w:hAnsi="Fira Sans" w:eastAsia="Fira Sans" w:cs="Fira Sans"/>
          <w:noProof w:val="0"/>
          <w:lang w:val="nl-NL"/>
        </w:rPr>
      </w:pPr>
      <w:r w:rsidRPr="25AFD489" w:rsidR="25AFD489">
        <w:rPr>
          <w:rFonts w:ascii="Fira Sans" w:hAnsi="Fira Sans" w:eastAsia="Fira Sans" w:cs="Fira Sans"/>
          <w:noProof w:val="0"/>
          <w:lang w:val="nl-NL"/>
        </w:rPr>
        <w:t>Bij iedere aanvraag</w:t>
      </w:r>
    </w:p>
    <w:p xmlns:wp14="http://schemas.microsoft.com/office/word/2010/wordml" w:rsidP="25AFD489" w14:paraId="663A00F5" wp14:textId="5E5CFE6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 xml:space="preserve">Akkoordverklaring van </w:t>
      </w:r>
      <w:r w:rsidRPr="25AFD489" w:rsidR="04C34AFD">
        <w:rPr>
          <w:rFonts w:ascii="Fira Sans" w:hAnsi="Fira Sans" w:eastAsia="Fira Sans" w:cs="Fira Sans"/>
          <w:noProof w:val="0"/>
          <w:lang w:val="nl-NL"/>
        </w:rPr>
        <w:t>de Provincie</w:t>
      </w:r>
      <w:r w:rsidRPr="25AFD489" w:rsidR="25AFD489">
        <w:rPr>
          <w:rFonts w:ascii="Fira Sans" w:hAnsi="Fira Sans" w:eastAsia="Fira Sans" w:cs="Fira Sans"/>
          <w:noProof w:val="0"/>
          <w:lang w:val="nl-NL"/>
        </w:rPr>
        <w:t xml:space="preserve"> Flevoland.</w:t>
      </w:r>
    </w:p>
    <w:p xmlns:wp14="http://schemas.microsoft.com/office/word/2010/wordml" w:rsidP="25AFD489" w14:paraId="0C92C341" wp14:textId="77777777">
      <w:pPr>
        <w:pStyle w:val="ListBullet"/>
        <w:spacing w:after="40"/>
        <w:rPr>
          <w:rFonts w:ascii="Fira Sans" w:hAnsi="Fira Sans" w:eastAsia="Fira Sans" w:cs="Fira Sans"/>
          <w:noProof w:val="0"/>
          <w:lang w:val="nl-NL"/>
        </w:rPr>
      </w:pPr>
      <w:hyperlink r:id="Rb73b6807f9574bd2">
        <w:r w:rsidRPr="25AFD489" w:rsidR="25AFD489">
          <w:rPr>
            <w:rStyle w:val="Hyperlink"/>
            <w:noProof w:val="0"/>
            <w:lang w:val="nl-NL"/>
          </w:rPr>
          <w:t>Een door de aanvrager getekende verklaring de-minimissteun</w:t>
        </w:r>
      </w:hyperlink>
      <w:r w:rsidRPr="25AFD489" w:rsidR="25AFD489">
        <w:rPr>
          <w:rFonts w:ascii="Fira Sans" w:hAnsi="Fira Sans" w:eastAsia="Fira Sans" w:cs="Fira Sans"/>
          <w:noProof w:val="0"/>
          <w:lang w:val="nl-NL"/>
        </w:rPr>
        <w:t>.</w:t>
      </w:r>
    </w:p>
    <w:p xmlns:wp14="http://schemas.microsoft.com/office/word/2010/wordml" w:rsidP="25AFD489" w14:paraId="3A435EBC" wp14:textId="77777777">
      <w:pPr>
        <w:pStyle w:val="ListBullet"/>
        <w:spacing w:after="40"/>
        <w:rPr>
          <w:rFonts w:ascii="Fira Sans" w:hAnsi="Fira Sans" w:eastAsia="Fira Sans" w:cs="Fira Sans"/>
          <w:noProof w:val="0"/>
          <w:lang w:val="nl-NL"/>
        </w:rPr>
      </w:pPr>
      <w:hyperlink r:id="Re0184d8fa7664b4a">
        <w:r w:rsidRPr="25AFD489" w:rsidR="25AFD489">
          <w:rPr>
            <w:rStyle w:val="Hyperlink"/>
            <w:noProof w:val="0"/>
            <w:lang w:val="nl-NL"/>
          </w:rPr>
          <w:t>Een omvangsverklaring.</w:t>
        </w:r>
      </w:hyperlink>
    </w:p>
    <w:p xmlns:wp14="http://schemas.microsoft.com/office/word/2010/wordml" w:rsidP="25AFD489" w14:paraId="6CD77660" wp14:textId="77777777">
      <w:pPr>
        <w:pStyle w:val="Heading2"/>
        <w:rPr>
          <w:rFonts w:ascii="Fira Sans" w:hAnsi="Fira Sans" w:eastAsia="Fira Sans" w:cs="Fira Sans"/>
          <w:noProof w:val="0"/>
          <w:lang w:val="nl-NL"/>
        </w:rPr>
      </w:pPr>
      <w:r w:rsidRPr="25AFD489" w:rsidR="25AFD489">
        <w:rPr>
          <w:rFonts w:ascii="Fira Sans" w:hAnsi="Fira Sans" w:eastAsia="Fira Sans" w:cs="Fira Sans"/>
          <w:noProof w:val="0"/>
          <w:lang w:val="nl-NL"/>
        </w:rPr>
        <w:t>Aanvullend bij een adviesvoucher</w:t>
      </w:r>
    </w:p>
    <w:p xmlns:wp14="http://schemas.microsoft.com/office/word/2010/wordml" w:rsidP="25AFD489" w14:paraId="389E4551"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Een recente, minder dan drie maanden oude offerte van een expert of kennisleverancier.</w:t>
      </w:r>
    </w:p>
    <w:p xmlns:wp14="http://schemas.microsoft.com/office/word/2010/wordml" w:rsidP="25AFD489" w14:paraId="0534AC8F"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Een beknopte projectsamenvatting.</w:t>
      </w:r>
    </w:p>
    <w:p xmlns:wp14="http://schemas.microsoft.com/office/word/2010/wordml" w:rsidP="25AFD489" w14:paraId="36F370C5" wp14:textId="77777777">
      <w:pPr>
        <w:pStyle w:val="Heading2"/>
        <w:rPr>
          <w:rFonts w:ascii="Fira Sans" w:hAnsi="Fira Sans" w:eastAsia="Fira Sans" w:cs="Fira Sans"/>
          <w:noProof w:val="0"/>
          <w:lang w:val="nl-NL"/>
        </w:rPr>
      </w:pPr>
      <w:r w:rsidRPr="25AFD489" w:rsidR="25AFD489">
        <w:rPr>
          <w:rFonts w:ascii="Fira Sans" w:hAnsi="Fira Sans" w:eastAsia="Fira Sans" w:cs="Fira Sans"/>
          <w:noProof w:val="0"/>
          <w:lang w:val="nl-NL"/>
        </w:rPr>
        <w:t>Aanvullend bij een innovatievoucher</w:t>
      </w:r>
    </w:p>
    <w:p xmlns:wp14="http://schemas.microsoft.com/office/word/2010/wordml" w:rsidP="25AFD489" w14:paraId="7F4D3F22"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Een projectsamenvatting.</w:t>
      </w:r>
    </w:p>
    <w:p xmlns:wp14="http://schemas.microsoft.com/office/word/2010/wordml" w:rsidP="25AFD489" w14:paraId="5E904FC4"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Een projectbegroting.</w:t>
      </w:r>
    </w:p>
    <w:p xmlns:wp14="http://schemas.microsoft.com/office/word/2010/wordml" w:rsidP="25AFD489" w14:paraId="2F48FFA1"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 xml:space="preserve">Een intermediair mag de aanvraag indienen als de vouchernemer de intermediair heeft </w:t>
      </w:r>
      <w:hyperlink r:id="Ra8077fe986184b15">
        <w:r w:rsidRPr="25AFD489" w:rsidR="25AFD489">
          <w:rPr>
            <w:rStyle w:val="Hyperlink"/>
            <w:noProof w:val="0"/>
            <w:lang w:val="nl-NL"/>
          </w:rPr>
          <w:t>gemachtigd</w:t>
        </w:r>
      </w:hyperlink>
      <w:r w:rsidRPr="25AFD489" w:rsidR="25AFD489">
        <w:rPr>
          <w:rFonts w:ascii="Fira Sans" w:hAnsi="Fira Sans" w:eastAsia="Fira Sans" w:cs="Fira Sans"/>
          <w:noProof w:val="0"/>
          <w:lang w:val="nl-NL"/>
        </w:rPr>
        <w:t xml:space="preserve">. In dat geval wordt een </w:t>
      </w:r>
      <w:hyperlink r:id="R53ef44eeecf64c51">
        <w:r w:rsidRPr="25AFD489" w:rsidR="25AFD489">
          <w:rPr>
            <w:rStyle w:val="Hyperlink"/>
            <w:noProof w:val="0"/>
            <w:lang w:val="nl-NL"/>
          </w:rPr>
          <w:t>machtigingsformulier</w:t>
        </w:r>
      </w:hyperlink>
      <w:r w:rsidRPr="25AFD489" w:rsidR="25AFD489">
        <w:rPr>
          <w:rFonts w:ascii="Fira Sans" w:hAnsi="Fira Sans" w:eastAsia="Fira Sans" w:cs="Fira Sans"/>
          <w:noProof w:val="0"/>
          <w:lang w:val="nl-NL"/>
        </w:rPr>
        <w:t xml:space="preserve"> bijgevoegd.</w:t>
      </w:r>
    </w:p>
    <w:p xmlns:wp14="http://schemas.microsoft.com/office/word/2010/wordml" w:rsidP="25AFD489" w14:paraId="2E412B1F" wp14:textId="5BD491C2">
      <w:pPr>
        <w:pStyle w:val="Heading1"/>
        <w:rPr>
          <w:rFonts w:ascii="Fira Sans" w:hAnsi="Fira Sans" w:eastAsia="Fira Sans" w:cs="Fira Sans"/>
          <w:noProof w:val="0"/>
          <w:lang w:val="nl-NL"/>
        </w:rPr>
      </w:pPr>
      <w:r w:rsidRPr="25AFD489" w:rsidR="25AFD489">
        <w:rPr>
          <w:rFonts w:ascii="Fira Sans" w:hAnsi="Fira Sans" w:eastAsia="Fira Sans" w:cs="Fira Sans"/>
          <w:noProof w:val="0"/>
          <w:lang w:val="nl-NL"/>
        </w:rPr>
        <w:t>8. Subsidiabele kosten en betaling</w:t>
      </w:r>
    </w:p>
    <w:p xmlns:wp14="http://schemas.microsoft.com/office/word/2010/wordml" w:rsidP="25AFD489" w14:paraId="2EC7CC04"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De door de beoordelingsgroep goedgekeurde begroting bepaalt de hoogte van het subsidiabele bedrag. Voor adviesvouchers kan de recente offerte worden gebaseerd op marktconforme tarieven voor de inhuur van een passende dienstverlener.</w:t>
      </w:r>
    </w:p>
    <w:p xmlns:wp14="http://schemas.microsoft.com/office/word/2010/wordml" w:rsidP="25AFD489" w14:paraId="64A8083F"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Voor innovatievouchers kan voor intern personeel een vast uurtarief van € 60 worden begroot. Voor externe ervaringsdeskundigen en projectgerelateerde materialen gelden marktconforme tarieven. Kosten voor het indienen van de aanvraag en het verzoek tot vaststelling zijn niet subsidiabel.</w:t>
      </w:r>
    </w:p>
    <w:p xmlns:wp14="http://schemas.microsoft.com/office/word/2010/wordml" w:rsidP="25AFD489" w14:paraId="49A1F999"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Op basis van de verleningsbeschikking verstrekt de Beheerautoriteit een voorschot van 50% van de subsidie.</w:t>
      </w:r>
    </w:p>
    <w:p xmlns:wp14="http://schemas.microsoft.com/office/word/2010/wordml" w:rsidP="25AFD489" w14:paraId="0088F4A6" wp14:textId="77777777">
      <w:pPr>
        <w:pStyle w:val="Heading1"/>
        <w:rPr>
          <w:rFonts w:ascii="Fira Sans" w:hAnsi="Fira Sans" w:eastAsia="Fira Sans" w:cs="Fira Sans"/>
          <w:noProof w:val="0"/>
          <w:lang w:val="nl-NL"/>
        </w:rPr>
      </w:pPr>
      <w:r w:rsidRPr="25AFD489" w:rsidR="25AFD489">
        <w:rPr>
          <w:rFonts w:ascii="Fira Sans" w:hAnsi="Fira Sans" w:eastAsia="Fira Sans" w:cs="Fira Sans"/>
          <w:noProof w:val="0"/>
          <w:lang w:val="nl-NL"/>
        </w:rPr>
        <w:t>9. Beoordelingscriteria</w:t>
      </w:r>
    </w:p>
    <w:p xmlns:wp14="http://schemas.microsoft.com/office/word/2010/wordml" w:rsidP="25AFD489" w14:paraId="15341E66"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De beoordelingsgroep beoordeelt of de aanvraag past binnen de inhoudelijke kaders van de openstelling aan de hand van de volgende criteria:</w:t>
      </w:r>
    </w:p>
    <w:p xmlns:wp14="http://schemas.microsoft.com/office/word/2010/wordml" w:rsidP="25AFD489" w14:paraId="10E55E03"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bijdrage aan de Roadmap Defensie-innovatie Flevoland;</w:t>
      </w:r>
    </w:p>
    <w:p xmlns:wp14="http://schemas.microsoft.com/office/word/2010/wordml" w:rsidP="25AFD489" w14:paraId="0976FC9A"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de mate waarin de innovatie en de voorgenomen activiteiten bijdragen aan een dual-use toepassing;</w:t>
      </w:r>
    </w:p>
    <w:p xmlns:wp14="http://schemas.microsoft.com/office/word/2010/wordml" w:rsidP="25AFD489" w14:paraId="28961ACF"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de kwaliteit van de aanvraag;</w:t>
      </w:r>
    </w:p>
    <w:p xmlns:wp14="http://schemas.microsoft.com/office/word/2010/wordml" w:rsidP="25AFD489" w14:paraId="00FCF85B"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de haalbaarheid van het project in tijd, personen en middelen;</w:t>
      </w:r>
    </w:p>
    <w:p xmlns:wp14="http://schemas.microsoft.com/office/word/2010/wordml" w:rsidP="25AFD489" w14:paraId="0E6F4F2D"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de passendheid van de externe expert, kennisleverancier of dienstverlener.</w:t>
      </w:r>
    </w:p>
    <w:p xmlns:wp14="http://schemas.microsoft.com/office/word/2010/wordml" w:rsidP="25AFD489" w14:paraId="587438DF" wp14:textId="77777777">
      <w:pPr>
        <w:pStyle w:val="Heading1"/>
        <w:rPr>
          <w:rFonts w:ascii="Fira Sans" w:hAnsi="Fira Sans" w:eastAsia="Fira Sans" w:cs="Fira Sans"/>
          <w:noProof w:val="0"/>
          <w:lang w:val="nl-NL"/>
        </w:rPr>
      </w:pPr>
      <w:r w:rsidRPr="25AFD489" w:rsidR="25AFD489">
        <w:rPr>
          <w:rFonts w:ascii="Fira Sans" w:hAnsi="Fira Sans" w:eastAsia="Fira Sans" w:cs="Fira Sans"/>
          <w:noProof w:val="0"/>
          <w:lang w:val="nl-NL"/>
        </w:rPr>
        <w:t>10. Uitvoering en vaststelling</w:t>
      </w:r>
    </w:p>
    <w:p xmlns:wp14="http://schemas.microsoft.com/office/word/2010/wordml" w:rsidP="25AFD489" w14:paraId="065DA5A9"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Het project waarvoor een advies- of innovatievoucher wordt verstrekt, wordt binnen 18 maanden na ontvangst van de beschikking uitgevoerd en uiterlijk op 31 mei 2029 afgerond.</w:t>
      </w:r>
    </w:p>
    <w:p xmlns:wp14="http://schemas.microsoft.com/office/word/2010/wordml" w:rsidP="25AFD489" w14:paraId="3197C28D"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Het verzoek tot vaststelling wordt uiterlijk drie maanden na de opgegeven einddatum van het project ingediend en in ieder geval uiterlijk op 31 augustus 2029.</w:t>
      </w:r>
    </w:p>
    <w:p xmlns:wp14="http://schemas.microsoft.com/office/word/2010/wordml" w:rsidP="25AFD489" w14:paraId="77DEA7E6"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Bij de verantwoording wordt het verplichte format Eindrapportage Defensie-innovatievouchers gebruikt. Daarin wordt toegelicht welke activiteiten met de voucher zijn gefinancierd en wat de resultaten zijn.</w:t>
      </w:r>
    </w:p>
    <w:p xmlns:wp14="http://schemas.microsoft.com/office/word/2010/wordml" w:rsidP="25AFD489" w14:paraId="040200DE" wp14:textId="77777777">
      <w:pPr>
        <w:pStyle w:val="ListBullet"/>
        <w:spacing w:after="40"/>
        <w:rPr>
          <w:rFonts w:ascii="Fira Sans" w:hAnsi="Fira Sans" w:eastAsia="Fira Sans" w:cs="Fira Sans"/>
          <w:noProof w:val="0"/>
          <w:lang w:val="nl-NL"/>
        </w:rPr>
      </w:pPr>
      <w:r w:rsidRPr="25AFD489" w:rsidR="25AFD489">
        <w:rPr>
          <w:rFonts w:ascii="Fira Sans" w:hAnsi="Fira Sans" w:eastAsia="Fira Sans" w:cs="Fira Sans"/>
          <w:noProof w:val="0"/>
          <w:lang w:val="nl-NL"/>
        </w:rPr>
        <w:t>De eindrapportage wordt ondertekend door de vouchernemer. Bij een adviesvoucher ondertekent ook de passende dienstverlener. Bij een innovatievoucher ondertekent ook de partij waarmee de innovatievoucher is uitgevoerd.</w:t>
      </w:r>
    </w:p>
    <w:p xmlns:wp14="http://schemas.microsoft.com/office/word/2010/wordml" w:rsidP="25AFD489" w14:paraId="13C14E0B" wp14:textId="77777777">
      <w:pPr>
        <w:pStyle w:val="Heading1"/>
        <w:rPr>
          <w:rFonts w:ascii="Fira Sans" w:hAnsi="Fira Sans" w:eastAsia="Fira Sans" w:cs="Fira Sans"/>
          <w:noProof w:val="0"/>
          <w:lang w:val="nl-NL"/>
        </w:rPr>
      </w:pPr>
      <w:r w:rsidRPr="25AFD489" w:rsidR="25AFD489">
        <w:rPr>
          <w:rFonts w:ascii="Fira Sans" w:hAnsi="Fira Sans" w:eastAsia="Fira Sans" w:cs="Fira Sans"/>
          <w:noProof w:val="0"/>
          <w:lang w:val="nl-NL"/>
        </w:rPr>
        <w:t>11. Kennisdeling</w:t>
      </w:r>
    </w:p>
    <w:p xmlns:wp14="http://schemas.microsoft.com/office/word/2010/wordml" w:rsidP="25AFD489" w14:paraId="62C28383" wp14:textId="77777777">
      <w:pPr>
        <w:rPr>
          <w:rFonts w:ascii="Fira Sans" w:hAnsi="Fira Sans" w:eastAsia="Fira Sans" w:cs="Fira Sans"/>
          <w:noProof w:val="0"/>
          <w:lang w:val="nl-NL"/>
        </w:rPr>
      </w:pPr>
      <w:r w:rsidRPr="25AFD489" w:rsidR="25AFD489">
        <w:rPr>
          <w:rFonts w:ascii="Fira Sans" w:hAnsi="Fira Sans" w:eastAsia="Fira Sans" w:cs="Fira Sans"/>
          <w:noProof w:val="0"/>
          <w:lang w:val="nl-NL"/>
        </w:rPr>
        <w:t>Bij toewijzing van een innovatievoucher is de vouchernemer verplicht om na afronding van het project deel te nemen aan minimaal één door Horizon Flevoland georganiseerde kennisdelingsbijeenkomst. De vouchernemer presenteert de gevolgde aanpak, de opgedane inzichten en de doorvertaling naar vervolgstappen.</w:t>
      </w:r>
    </w:p>
    <w:p xmlns:wp14="http://schemas.microsoft.com/office/word/2010/wordml" w:rsidP="25AFD489" w14:paraId="793C5F79" wp14:textId="77777777">
      <w:pPr>
        <w:pStyle w:val="Heading1"/>
        <w:rPr>
          <w:rFonts w:ascii="Fira Sans" w:hAnsi="Fira Sans" w:eastAsia="Fira Sans" w:cs="Fira Sans"/>
          <w:noProof w:val="0"/>
          <w:lang w:val="nl-NL"/>
        </w:rPr>
      </w:pPr>
      <w:r w:rsidRPr="25AFD489" w:rsidR="25AFD489">
        <w:rPr>
          <w:rFonts w:ascii="Fira Sans" w:hAnsi="Fira Sans" w:eastAsia="Fira Sans" w:cs="Fira Sans"/>
          <w:noProof w:val="0"/>
          <w:lang w:val="nl-NL"/>
        </w:rPr>
        <w:t>12. Openstellingsperiode</w:t>
      </w:r>
    </w:p>
    <w:p xmlns:wp14="http://schemas.microsoft.com/office/word/2010/wordml" w:rsidP="25AFD489" w14:paraId="5D6C4584" wp14:textId="77777777">
      <w:pPr>
        <w:rPr>
          <w:rFonts w:ascii="Fira Sans" w:hAnsi="Fira Sans" w:eastAsia="Fira Sans" w:cs="Fira Sans"/>
          <w:noProof w:val="0"/>
          <w:lang w:val="nl-NL"/>
        </w:rPr>
      </w:pPr>
      <w:r w:rsidRPr="67BFF369" w:rsidR="25AFD489">
        <w:rPr>
          <w:rFonts w:ascii="Fira Sans" w:hAnsi="Fira Sans" w:eastAsia="Fira Sans" w:cs="Fira Sans"/>
          <w:noProof w:val="0"/>
          <w:lang w:val="nl-NL"/>
        </w:rPr>
        <w:t>Aanvragen kunnen vanaf 12 oktober 2026 om 10.00 uur digitaal worden ingediend. De openstelling vervalt op 30 juni 2028, of eerder als het subsidieplafond is bereikt.</w:t>
      </w:r>
    </w:p>
    <w:p xmlns:wp14="http://schemas.microsoft.com/office/word/2010/wordml" w:rsidP="25AFD489" w14:paraId="6A58F9CD" wp14:textId="5EB7D48B">
      <w:pPr>
        <w:rPr>
          <w:rFonts w:ascii="Fira Sans" w:hAnsi="Fira Sans" w:eastAsia="Fira Sans" w:cs="Fira Sans"/>
          <w:noProof w:val="0"/>
          <w:lang w:val="nl-NL"/>
        </w:rPr>
      </w:pPr>
    </w:p>
    <w:sectPr w:rsidRPr="0006063C" w:rsidR="00FC693F" w:rsidSect="00034616">
      <w:headerReference w:type="default" r:id="rId9"/>
      <w:footerReference w:type="default" r:id="rId10"/>
      <w:pgSz w:w="12240" w:h="15840" w:orient="portrait"/>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rsidP="25AFD489" w14:paraId="0778D944" wp14:textId="650AC011">
    <w:pPr>
      <w:pStyle w:val="Footer"/>
      <w:jc w:val="center"/>
      <w:rPr>
        <w:color w:val="646E78"/>
        <w:sz w:val="16"/>
        <w:szCs w:val="16"/>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xmlns:a14="http://schemas.microsoft.com/office/drawing/2010/main" mc:Ignorable="w14 wp14">
  <w:p xmlns:wp14="http://schemas.microsoft.com/office/word/2010/wordml" w:rsidP="25AFD489" w14:paraId="50F83D26" wp14:textId="6B2EE4A3">
    <w:pPr>
      <w:pStyle w:val="Header"/>
      <w:jc w:val="center"/>
    </w:pPr>
    <w:r w:rsidR="25AFD489">
      <w:drawing>
        <wp:inline xmlns:wp14="http://schemas.microsoft.com/office/word/2010/wordprocessingDrawing" wp14:editId="04137FAB" wp14:anchorId="1E6640EF">
          <wp:extent cx="1476375" cy="543111"/>
          <wp:effectExtent l="0" t="0" r="0" b="0"/>
          <wp:docPr id="7988229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98822942" name="Picture 798822942"/>
                  <pic:cNvPicPr/>
                </pic:nvPicPr>
                <pic:blipFill>
                  <a:blip xmlns:r="http://schemas.openxmlformats.org/officeDocument/2006/relationships" r:embed="rId398272894">
                    <a:extLst>
                      <a:ext uri="{28A0092B-C50C-407E-A947-70E740481C1C}">
                        <a14:useLocalDpi xmlns:a14="http://schemas.microsoft.com/office/drawing/2010/main"/>
                      </a:ext>
                    </a:extLst>
                  </a:blip>
                  <a:stretch>
                    <a:fillRect/>
                  </a:stretch>
                </pic:blipFill>
                <pic:spPr>
                  <a:xfrm rot="0">
                    <a:off x="0" y="0"/>
                    <a:ext cx="1476375" cy="543111"/>
                  </a:xfrm>
                  <a:prstGeom prst="rect">
                    <a:avLst/>
                  </a:prstGeom>
                </pic:spPr>
              </pic:pic>
            </a:graphicData>
          </a:graphic>
        </wp:inline>
      </w:drawing>
    </w:r>
    <w:r w:rsidR="25AFD489">
      <w:drawing>
        <wp:inline xmlns:wp14="http://schemas.microsoft.com/office/word/2010/wordprocessingDrawing" wp14:editId="72377621" wp14:anchorId="7CCCF059">
          <wp:extent cx="1752600" cy="609600"/>
          <wp:effectExtent l="0" t="0" r="0" b="0"/>
          <wp:docPr id="760848245" name="drawing" title="Afbeelding met tekst, Lettertype, Graphics, logo&#10;&#10;Automatisch gegenereerde beschrij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0848245" name="Picture 760848245"/>
                  <pic:cNvPicPr/>
                </pic:nvPicPr>
                <pic:blipFill>
                  <a:blip xmlns:r="http://schemas.openxmlformats.org/officeDocument/2006/relationships" r:embed="rId1590345923">
                    <a:extLst>
                      <a:ext uri="{28A0092B-C50C-407E-A947-70E740481C1C}">
                        <a14:useLocalDpi xmlns:a14="http://schemas.microsoft.com/office/drawing/2010/main"/>
                      </a:ext>
                    </a:extLst>
                  </a:blip>
                  <a:stretch>
                    <a:fillRect/>
                  </a:stretch>
                </pic:blipFill>
                <pic:spPr>
                  <a:xfrm>
                    <a:off x="0" y="0"/>
                    <a:ext cx="1752600" cy="60960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14">
    <w:nsid w:val="5bcd64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0d2e8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82f58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d3092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a6b45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2cdd7c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C34AFD"/>
    <w:rsid w:val="0A235A11"/>
    <w:rsid w:val="0D3416B3"/>
    <w:rsid w:val="112B5F34"/>
    <w:rsid w:val="140161C8"/>
    <w:rsid w:val="140161C8"/>
    <w:rsid w:val="158F17B1"/>
    <w:rsid w:val="1D9E8F2E"/>
    <w:rsid w:val="1E238E8F"/>
    <w:rsid w:val="20913022"/>
    <w:rsid w:val="25AFD489"/>
    <w:rsid w:val="27CA86F0"/>
    <w:rsid w:val="27CA86F0"/>
    <w:rsid w:val="28E67AFE"/>
    <w:rsid w:val="2AB465CD"/>
    <w:rsid w:val="30A268E0"/>
    <w:rsid w:val="30B4792B"/>
    <w:rsid w:val="3623313F"/>
    <w:rsid w:val="4518CA99"/>
    <w:rsid w:val="4C26790A"/>
    <w:rsid w:val="597358CB"/>
    <w:rsid w:val="597358CB"/>
    <w:rsid w:val="63A856B5"/>
    <w:rsid w:val="664D3726"/>
    <w:rsid w:val="67BFF369"/>
    <w:rsid w:val="68F25588"/>
    <w:rsid w:val="6CC0B130"/>
    <w:rsid w:val="6FCFB2C8"/>
    <w:rsid w:val="736F6D18"/>
    <w:rsid w:val="736F6D18"/>
    <w:rsid w:val="7544E1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901042CA-EAB4-4451-87EA-04A8D4DC47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00" w:line="259" w:lineRule="auto"/>
    </w:pPr>
    <w:rPr>
      <w:rFonts w:ascii="Aptos" w:hAnsi="Aptos"/>
      <w:color w:val="2D374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Aptos Display" w:hAnsi="Aptos Display" w:asciiTheme="majorHAnsi" w:hAnsiTheme="majorHAnsi" w:eastAsiaTheme="majorEastAsia" w:cstheme="majorBidi"/>
      <w:b/>
      <w:bCs/>
      <w:color w:val="164F63"/>
      <w:sz w:val="32"/>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Aptos Display" w:hAnsi="Aptos Display" w:asciiTheme="majorHAnsi" w:hAnsiTheme="majorHAnsi" w:eastAsiaTheme="majorEastAsia" w:cstheme="majorBidi"/>
      <w:b/>
      <w:bCs/>
      <w:color w:val="2C6674"/>
      <w:sz w:val="25"/>
      <w:szCs w:val="26"/>
    </w:rPr>
  </w:style>
  <w:style w:type="paragraph" w:styleId="Heading3">
    <w:name w:val="heading 3"/>
    <w:basedOn w:val="Normal"/>
    <w:next w:val="Normal"/>
    <w:link w:val="Heading3Char"/>
    <w:uiPriority w:val="9"/>
    <w:unhideWhenUsed/>
    <w:qFormat/>
    <w:rsid w:val="00FC693F"/>
    <w:pPr>
      <w:keepNext/>
      <w:keepLines/>
      <w:spacing w:before="60" w:after="80"/>
      <w:outlineLvl w:val="2"/>
    </w:pPr>
    <w:rPr>
      <w:rFonts w:ascii="Aptos Display" w:hAnsi="Aptos Display" w:asciiTheme="majorHAnsi" w:hAnsiTheme="majorHAnsi" w:eastAsiaTheme="majorEastAsia" w:cstheme="majorBidi"/>
      <w:b/>
      <w:bCs/>
      <w:color w:val="2C667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pBdr>
        <w:bottom w:val="single" w:color="4F81BD" w:themeColor="accent1" w:sz="8" w:space="4"/>
      </w:pBdr>
      <w:spacing w:before="200" w:after="80" w:line="240" w:lineRule="auto"/>
      <w:contextualSpacing/>
    </w:pPr>
    <w:rPr>
      <w:rFonts w:ascii="Aptos Display" w:hAnsi="Aptos Display" w:asciiTheme="majorHAnsi" w:hAnsiTheme="majorHAnsi" w:eastAsiaTheme="majorEastAsia" w:cstheme="majorBidi"/>
      <w:b/>
      <w:color w:val="164F63"/>
      <w:spacing w:val="5"/>
      <w:kern w:val="28"/>
      <w:sz w:val="4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Kernlabel" w:customStyle="1">
    <w:name w:val="Kernlabel"/>
    <w:rPr>
      <w:rFonts w:ascii="Aptos" w:hAnsi="Aptos"/>
      <w:b/>
      <w:color w:val="FFFFFF"/>
      <w:sz w:val="18"/>
    </w:rPr>
  </w:style>
  <w:style w:type="character" w:styleId="Hyperlink">
    <w:uiPriority w:val="99"/>
    <w:name w:val="Hyperlink"/>
    <w:basedOn w:val="DefaultParagraphFont"/>
    <w:unhideWhenUsed/>
    <w:rsid w:val="25AFD489"/>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customXml" Target="../customXml/item2.xml" Id="rId11" /><Relationship Type="http://schemas.openxmlformats.org/officeDocument/2006/relationships/settings" Target="settings.xml" Id="rId5" /><Relationship Type="http://schemas.openxmlformats.org/officeDocument/2006/relationships/footer" Target="footer1.xml" Id="rId10" /><Relationship Type="http://schemas.microsoft.com/office/2007/relationships/stylesWithEffects" Target="stylesWithEffects.xml" Id="rId4" /><Relationship Type="http://schemas.openxmlformats.org/officeDocument/2006/relationships/header" Target="header1.xml" Id="rId9" /><Relationship Type="http://schemas.openxmlformats.org/officeDocument/2006/relationships/hyperlink" Target="https://www.efro-webportal.nl/mijn/LoginPage" TargetMode="External" Id="R903efc9b2982491f" /><Relationship Type="http://schemas.openxmlformats.org/officeDocument/2006/relationships/hyperlink" Target="https://kvw3.kansenvoorwest.nl/files/20260501-de-minimisverklaring-algemeen-v3-0-1-.pdf" TargetMode="External" Id="Rde3ee37001104ace" /><Relationship Type="http://schemas.openxmlformats.org/officeDocument/2006/relationships/hyperlink" Target="https://kvw3.kansenvoorwest.nl/files/20260501-de-minimisverklaring-algemeen-v3-0-1-.pdf" TargetMode="External" Id="Rcdb33bc4f3a2429b" /><Relationship Type="http://schemas.openxmlformats.org/officeDocument/2006/relationships/hyperlink" Target="https://www.efro-webportal.nl/mijn/LoginPage" TargetMode="External" Id="R0598517c55c84137" /><Relationship Type="http://schemas.openxmlformats.org/officeDocument/2006/relationships/hyperlink" Target="https://kvw3.kansenvoorwest.nl/files/20260501-de-minimisverklaring-algemeen-v3-0-1-.pdf" TargetMode="External" Id="Rb73b6807f9574bd2" /><Relationship Type="http://schemas.openxmlformats.org/officeDocument/2006/relationships/hyperlink" Target="https://kvw3.kansenvoorwest.nl/files/mkb-verklaring-versie-voor-ma-s-20-10-2025.pdf" TargetMode="External" Id="Re0184d8fa7664b4a" /><Relationship Type="http://schemas.openxmlformats.org/officeDocument/2006/relationships/hyperlink" Target="https://view.officeapps.live.com/op/view.aspx?src=https%3A%2F%2Fkvw3.kansenvoorwest.nl%2Ffiles%2Fformat-machtiging-kvwiii.docx&amp;wdOrigin=BROWSELINK" TargetMode="External" Id="Ra8077fe986184b15" /><Relationship Type="http://schemas.openxmlformats.org/officeDocument/2006/relationships/hyperlink" Target="https://view.officeapps.live.com/op/view.aspx?src=https%3A%2F%2Fkvw3.kansenvoorwest.nl%2Ffiles%2Fformat-machtiging-kvwiii.docx&amp;wdOrigin=BROWSELINK" TargetMode="External" Id="R53ef44eeecf64c51" /></Relationships>
</file>

<file path=word/_rels/header1.xml.rels>&#65279;<?xml version="1.0" encoding="utf-8"?><Relationships xmlns="http://schemas.openxmlformats.org/package/2006/relationships"><Relationship Type="http://schemas.openxmlformats.org/officeDocument/2006/relationships/image" Target="/media/image.png" Id="rId398272894" /><Relationship Type="http://schemas.openxmlformats.org/officeDocument/2006/relationships/image" Target="/media/image2.png" Id="rId159034592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51ED4B1894A884D9A88284BDB771278" ma:contentTypeVersion="3" ma:contentTypeDescription="Een nieuw document maken." ma:contentTypeScope="" ma:versionID="ea0b762af8ae63e6d6be9888da4727b6">
  <xsd:schema xmlns:xsd="http://www.w3.org/2001/XMLSchema" xmlns:xs="http://www.w3.org/2001/XMLSchema" xmlns:p="http://schemas.microsoft.com/office/2006/metadata/properties" xmlns:ns2="a246e1f1-6a1f-4fdd-83d3-8861fbd36981" targetNamespace="http://schemas.microsoft.com/office/2006/metadata/properties" ma:root="true" ma:fieldsID="a21a74ecf6a9d6f4210cfac960d3ed8c" ns2:_="">
    <xsd:import namespace="a246e1f1-6a1f-4fdd-83d3-8861fbd369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6e1f1-6a1f-4fdd-83d3-8861fbd36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13B0F49-48C4-4BBD-8783-0A29D3CB1394}"/>
</file>

<file path=customXml/itemProps3.xml><?xml version="1.0" encoding="utf-8"?>
<ds:datastoreItem xmlns:ds="http://schemas.openxmlformats.org/officeDocument/2006/customXml" ds:itemID="{3B2175C1-50CD-4322-BC4D-5E06AFE991EF}"/>
</file>

<file path=customXml/itemProps4.xml><?xml version="1.0" encoding="utf-8"?>
<ds:datastoreItem xmlns:ds="http://schemas.openxmlformats.org/officeDocument/2006/customXml" ds:itemID="{666AC81C-BFF9-4F9F-BAFD-1F7B1F2907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Defensie-innovatievouchers Flevoland</dc:title>
  <dc:subject>Definitieve fiche op basis van de gepubliceerde regeling</dc:subject>
  <dc:creator>Bart Visscher</dc:creator>
  <cp:keywords>Defensie-innovatie, dual-use, vouchers, Horizon Flevoland, Kansen voor West III, EFRO</cp:keywords>
  <dc:description>generated by python-docx</dc:description>
  <cp:lastModifiedBy>Bart Visscher</cp:lastModifiedBy>
  <cp:revision>3</cp:revision>
  <dcterms:created xsi:type="dcterms:W3CDTF">2026-10-01T16:05:48Z</dcterms:created>
  <dcterms:modified xsi:type="dcterms:W3CDTF">2026-10-02T09:02:32Z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0x010100351ED4B1894A884D9A88284BDB771278</vt:lpwstr>
  </property>
</Properties>
</file>